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AUDIO RECORDING CONSENT FORM</w:t>
      </w:r>
    </w:p>
    <w:p/>
    <w:p>
      <w:r>
        <w:rPr>
          <w:b w:val="0"/>
          <w:sz w:val="20"/>
        </w:rPr>
        <w:t>This Audio Recording Consent Form (“Consent Form”) is entered into by the undersigned participant (“Participant”) and the recording entity (“Recorder”) for the purposes of obtaining Participant’s informed consent to the audio recording of Participant's voice and related statements.</w:t>
      </w:r>
    </w:p>
    <w:p/>
    <w:p>
      <w:r>
        <w:rPr>
          <w:b/>
          <w:sz w:val="20"/>
        </w:rPr>
        <w:t>Participant Information:</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Purpose of Audio Recording:</w:t>
      </w:r>
    </w:p>
    <w:p>
      <w:r>
        <w:rPr>
          <w:b w:val="0"/>
          <w:sz w:val="20"/>
        </w:rPr>
        <w:t>The audio recordings will be used solely for the following purpose(s):</w:t>
      </w:r>
    </w:p>
    <w:p>
      <w:r>
        <w:rPr>
          <w:b w:val="0"/>
          <w:sz w:val="20"/>
        </w:rPr>
        <w:t>- _______________________________________________________________</w:t>
      </w:r>
    </w:p>
    <w:p>
      <w:r>
        <w:rPr>
          <w:b w:val="0"/>
          <w:sz w:val="20"/>
        </w:rPr>
        <w:t>- _______________________________________________________________</w:t>
      </w:r>
    </w:p>
    <w:p>
      <w:r>
        <w:rPr>
          <w:b w:val="0"/>
          <w:sz w:val="20"/>
        </w:rPr>
        <w:t>- _______________________________________________________________</w:t>
      </w:r>
    </w:p>
    <w:p/>
    <w:p>
      <w:r>
        <w:rPr>
          <w:b/>
          <w:sz w:val="20"/>
        </w:rPr>
        <w:t>Consent Grant:</w:t>
      </w:r>
    </w:p>
    <w:p>
      <w:r>
        <w:rPr>
          <w:b w:val="0"/>
          <w:sz w:val="20"/>
        </w:rPr>
        <w:t>By signing this Consent Form, Participant grants Recorder the full, irrevocable, and unrestricted right to record, use, reproduce, distribute, publicly display, publicly perform, and create derivative works from the Participant’s audio recordings for the above-stated purposes and any related lawful uses.</w:t>
      </w:r>
    </w:p>
    <w:p/>
    <w:p>
      <w:r>
        <w:rPr>
          <w:b/>
          <w:sz w:val="20"/>
        </w:rPr>
        <w:t>Ownership and Rights:</w:t>
      </w:r>
    </w:p>
    <w:p>
      <w:r>
        <w:rPr>
          <w:b w:val="0"/>
          <w:sz w:val="20"/>
        </w:rPr>
        <w:t>Participant acknowledges that all recordings and any associated materials are the sole property of Recorder. Participant waives any right to inspect or approve the finished product, including written or electronic copies or recordings, wherein Participant’s audio appears.</w:t>
      </w:r>
    </w:p>
    <w:p/>
    <w:p>
      <w:r>
        <w:rPr>
          <w:b/>
          <w:sz w:val="20"/>
        </w:rPr>
        <w:t>Confidentiality and Privacy:</w:t>
      </w:r>
    </w:p>
    <w:p>
      <w:r>
        <w:rPr>
          <w:b w:val="0"/>
          <w:sz w:val="20"/>
        </w:rPr>
        <w:t>Recorder agrees to handle the audio recordings in accordance with applicable privacy laws and regulations, ensuring reasonable security to protect Participant's personal information. Participant understands that recordings may be shared or published as described above and consents to such use.</w:t>
      </w:r>
    </w:p>
    <w:p/>
    <w:p>
      <w:r>
        <w:rPr>
          <w:b/>
          <w:sz w:val="20"/>
        </w:rPr>
        <w:t>Voluntary Participation and Right to Withdraw:</w:t>
      </w:r>
    </w:p>
    <w:p>
      <w:r>
        <w:rPr>
          <w:b w:val="0"/>
          <w:sz w:val="20"/>
        </w:rPr>
        <w:t>Participant acknowledges that participation is voluntary and may withdraw consent at any time by providing written notice to Recorder. Withdrawal of consent will apply to future recordings and uses but will not affect recordings already made or used prior to withdrawal.</w:t>
      </w:r>
    </w:p>
    <w:p/>
    <w:p>
      <w:r>
        <w:rPr>
          <w:b/>
          <w:sz w:val="20"/>
        </w:rPr>
        <w:t>No Compensation:</w:t>
      </w:r>
    </w:p>
    <w:p>
      <w:r>
        <w:rPr>
          <w:b w:val="0"/>
          <w:sz w:val="20"/>
        </w:rPr>
        <w:t>Participant agrees that no monetary or other compensation shall be paid for the recording or use of the audio materials, now or in the future.</w:t>
      </w:r>
    </w:p>
    <w:p/>
    <w:p>
      <w:r>
        <w:rPr>
          <w:b/>
          <w:sz w:val="20"/>
        </w:rPr>
        <w:t>Representations and Warranties:</w:t>
      </w:r>
    </w:p>
    <w:p>
      <w:r>
        <w:rPr>
          <w:b w:val="0"/>
          <w:sz w:val="20"/>
        </w:rPr>
        <w:t>Participant represents and warrants that they are of legal age to enter into this Consent Form or have obtained consent from a legal guardian if a minor. Participant confirms that the consent given herein does not violate any agreements or rights of third parties.</w:t>
      </w:r>
    </w:p>
    <w:p/>
    <w:p>
      <w:r>
        <w:rPr>
          <w:b/>
          <w:sz w:val="20"/>
        </w:rPr>
        <w:t>Governing Law and Jurisdiction:</w:t>
      </w:r>
    </w:p>
    <w:p>
      <w:r>
        <w:rPr>
          <w:b w:val="0"/>
          <w:sz w:val="20"/>
        </w:rPr>
        <w:t>This Consent Form shall be governed by and construed in accordance with the laws of the United States of America. Any disputes arising hereunder shall be subject to the exclusive jurisdiction of the courts located within the United States.</w:t>
      </w:r>
    </w:p>
    <w:p/>
    <w:p>
      <w:r>
        <w:rPr>
          <w:b/>
          <w:sz w:val="20"/>
        </w:rPr>
        <w:t>Severability:</w:t>
      </w:r>
    </w:p>
    <w:p>
      <w:r>
        <w:rPr>
          <w:b w:val="0"/>
          <w:sz w:val="20"/>
        </w:rPr>
        <w:t>If any provision of this Consent Form is found to be invalid or unenforceable, the remaining provisions shall continue in full force and effect.</w:t>
      </w:r>
    </w:p>
    <w:p/>
    <w:p>
      <w:r>
        <w:rPr>
          <w:b/>
          <w:sz w:val="20"/>
        </w:rPr>
        <w:t>Entire Agreement:</w:t>
      </w:r>
    </w:p>
    <w:p>
      <w:r>
        <w:rPr>
          <w:b w:val="0"/>
          <w:sz w:val="20"/>
        </w:rPr>
        <w:t>This Consent Form constitutes the entire agreement between Participant and Recorder regarding the subject matter herein and supersedes all prior agreements or understandings, whether written or oral.</w:t>
      </w:r>
    </w:p>
    <w:p/>
    <w:p/>
    <w:p>
      <w:r>
        <w:rPr>
          <w:b w:val="0"/>
          <w:sz w:val="20"/>
        </w:rPr>
        <w:t>Participant Signature: ________________________________________________</w:t>
      </w:r>
    </w:p>
    <w:p>
      <w:r>
        <w:rPr>
          <w:b w:val="0"/>
          <w:sz w:val="20"/>
        </w:rPr>
        <w:t>Printed Name: _________________________________________________________</w:t>
      </w:r>
    </w:p>
    <w:p>
      <w:r>
        <w:rPr>
          <w:b w:val="0"/>
          <w:sz w:val="20"/>
        </w:rPr>
        <w:t>Date: _________________________________________________________________</w:t>
      </w:r>
    </w:p>
    <w:p/>
    <w:p/>
    <w:p>
      <w:r>
        <w:rPr>
          <w:b w:val="0"/>
          <w:sz w:val="20"/>
        </w:rPr>
        <w:t>Recorder Authorized Representative Signature: __________________________</w:t>
      </w:r>
    </w:p>
    <w:p>
      <w:r>
        <w:rPr>
          <w:b w:val="0"/>
          <w:sz w:val="20"/>
        </w:rPr>
        <w:t>Printed Name: _________________________________________________________</w:t>
      </w:r>
    </w:p>
    <w:p>
      <w:r>
        <w:rPr>
          <w:b w:val="0"/>
          <w:sz w:val="20"/>
        </w:rPr>
        <w:t>Title: ________________________________________________________________</w:t>
      </w:r>
    </w:p>
    <w:p>
      <w:r>
        <w:rPr>
          <w:b w:val="0"/>
          <w:sz w:val="20"/>
        </w:rPr>
        <w:t>Date: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PARTICIPANT</w:t>
            </w:r>
          </w:p>
        </w:tc>
        <w:tc>
          <w:tcPr>
            <w:tcW w:type="dxa" w:w="4986"/>
            <w:tcBorders>
              <w:top w:val="nil"/>
              <w:left w:val="nil"/>
              <w:bottom w:val="nil"/>
              <w:right w:val="nil"/>
              <w:insideH w:val="nil"/>
              <w:insideV w:val="nil"/>
            </w:tcBorders>
          </w:tcPr>
          <w:p>
            <w:pPr>
              <w:jc w:val="center"/>
            </w:pPr>
            <w:r>
              <w:t>RECORDER AUTHORIZED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&amp; Title: 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https://formtemplate-us.com/audio-recording-consent-form/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https://formtemplate-us.com</w:t>
        </w:r>
      </w:hyperlink>
    </w:p>
    <w:p>
      <w:pPr>
        <w:jc w:val="center"/>
      </w:pPr>
      <w:r>
        <w:rPr>
          <w:color w:val="808080"/>
          <w:sz w:val="20"/>
        </w:rPr>
        <w:t>This template is intended exclusively for personal, non-commercial use.</w:t>
        <w:br/>
        <w:t>If distributed or published, the source must be mentioned. © formtemplate-us.com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template-us.com/audio-recording-consent-form/" TargetMode="External"/><Relationship Id="rId10" Type="http://schemas.openxmlformats.org/officeDocument/2006/relationships/hyperlink" Target="https://form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