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BUSINESS CREDIT APPLICATION FORM</w:t>
      </w:r>
    </w:p>
    <w:p/>
    <w:p/>
    <w:p>
      <w:r>
        <w:rPr>
          <w:b/>
          <w:sz w:val="22"/>
        </w:rPr>
        <w:t>1. Business Applicant Information</w:t>
      </w:r>
    </w:p>
    <w:p>
      <w:r>
        <w:rPr>
          <w:b w:val="0"/>
          <w:sz w:val="20"/>
        </w:rPr>
        <w:t>Legal Business Name: __________________________________________________________</w:t>
      </w:r>
    </w:p>
    <w:p>
      <w:r>
        <w:rPr>
          <w:b w:val="0"/>
          <w:sz w:val="20"/>
        </w:rPr>
        <w:t>DBA (Doing Business As) Name: _________________________________________________</w:t>
      </w:r>
    </w:p>
    <w:p>
      <w:r>
        <w:rPr>
          <w:b w:val="0"/>
          <w:sz w:val="20"/>
        </w:rPr>
        <w:t>Business Type (Corporation, LLC, Partnership, Sole Proprietorship): ________________</w:t>
      </w:r>
    </w:p>
    <w:p>
      <w:r>
        <w:rPr>
          <w:b w:val="0"/>
          <w:sz w:val="20"/>
        </w:rPr>
        <w:t>Federal Employer Identification Number (EIN): ____________________________________</w:t>
      </w:r>
    </w:p>
    <w:p>
      <w:r>
        <w:rPr>
          <w:b w:val="0"/>
          <w:sz w:val="20"/>
        </w:rPr>
        <w:t>State of Incorporation or Formation: ____________________________________________</w:t>
      </w:r>
    </w:p>
    <w:p>
      <w:r>
        <w:rPr>
          <w:b w:val="0"/>
          <w:sz w:val="20"/>
        </w:rPr>
        <w:t>Date Established: ______________________________________________________________</w:t>
      </w:r>
    </w:p>
    <w:p>
      <w:r>
        <w:rPr>
          <w:b w:val="0"/>
          <w:sz w:val="20"/>
        </w:rPr>
        <w:t>Business Phone: ________________________________________________________________</w:t>
      </w:r>
    </w:p>
    <w:p>
      <w:r>
        <w:rPr>
          <w:b w:val="0"/>
          <w:sz w:val="20"/>
        </w:rPr>
        <w:t>Business Fax: __________________________________________________________________</w:t>
      </w:r>
    </w:p>
    <w:p>
      <w:r>
        <w:rPr>
          <w:b w:val="0"/>
          <w:sz w:val="20"/>
        </w:rPr>
        <w:t>Business Email: ________________________________________________________________</w:t>
      </w:r>
    </w:p>
    <w:p>
      <w:r>
        <w:rPr>
          <w:b w:val="0"/>
          <w:sz w:val="20"/>
        </w:rPr>
        <w:t>Business Website: ______________________________________________________________</w:t>
      </w:r>
    </w:p>
    <w:p>
      <w:r>
        <w:rPr>
          <w:b w:val="0"/>
          <w:sz w:val="20"/>
        </w:rPr>
        <w:t>Primary Business Address:</w:t>
      </w:r>
    </w:p>
    <w:p>
      <w:r>
        <w:rPr>
          <w:b w:val="0"/>
          <w:sz w:val="20"/>
        </w:rPr>
        <w:t>Street: _______________________________________________________________________</w:t>
      </w:r>
    </w:p>
    <w:p>
      <w:r>
        <w:rPr>
          <w:b w:val="0"/>
          <w:sz w:val="20"/>
        </w:rPr>
        <w:t>City: ________________________________ State: __________ Zip Code: ____________</w:t>
      </w:r>
    </w:p>
    <w:p/>
    <w:p>
      <w:r>
        <w:rPr>
          <w:b/>
          <w:sz w:val="22"/>
        </w:rPr>
        <w:t>2. Primary Contact Person for This Application</w:t>
      </w:r>
    </w:p>
    <w:p>
      <w:r>
        <w:rPr>
          <w:b w:val="0"/>
          <w:sz w:val="20"/>
        </w:rPr>
        <w:t>Full Name: ____________________________________________________________________</w:t>
      </w:r>
    </w:p>
    <w:p>
      <w:r>
        <w:rPr>
          <w:b w:val="0"/>
          <w:sz w:val="20"/>
        </w:rPr>
        <w:t>Title/Position: _________________________________________________________________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2"/>
        </w:rPr>
        <w:t>3. Ownership Information</w:t>
      </w:r>
    </w:p>
    <w:p>
      <w:r>
        <w:rPr>
          <w:b w:val="0"/>
          <w:sz w:val="20"/>
        </w:rPr>
        <w:t>Owner(s) or Principal(s) Name(s), Title(s), Percentage Ownership and Social Security Number(s):</w:t>
      </w:r>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t>Full Name</w:t>
            </w:r>
          </w:p>
        </w:tc>
        <w:tc>
          <w:tcPr>
            <w:tcW w:type="dxa" w:w="2493"/>
          </w:tcPr>
          <w:p>
            <w:r>
              <w:t>Title/Position</w:t>
            </w:r>
          </w:p>
        </w:tc>
        <w:tc>
          <w:tcPr>
            <w:tcW w:type="dxa" w:w="2493"/>
          </w:tcPr>
          <w:p>
            <w:r>
              <w:t>Ownership %</w:t>
            </w:r>
          </w:p>
        </w:tc>
        <w:tc>
          <w:tcPr>
            <w:tcW w:type="dxa" w:w="2493"/>
          </w:tcPr>
          <w:p>
            <w:r>
              <w:t>Social Security Number</w:t>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bl>
    <w:p/>
    <w:p>
      <w:r>
        <w:rPr>
          <w:b/>
          <w:sz w:val="22"/>
        </w:rPr>
        <w:t>4. Business Financial Information</w:t>
      </w:r>
    </w:p>
    <w:p>
      <w:r>
        <w:rPr>
          <w:b w:val="0"/>
          <w:sz w:val="20"/>
        </w:rPr>
        <w:t>Bank Name: ____________________________________________________________________</w:t>
      </w:r>
    </w:p>
    <w:p>
      <w:r>
        <w:rPr>
          <w:b w:val="0"/>
          <w:sz w:val="20"/>
        </w:rPr>
        <w:t>Bank Contact Name: ______________________________________________________________</w:t>
      </w:r>
    </w:p>
    <w:p>
      <w:r>
        <w:rPr>
          <w:b w:val="0"/>
          <w:sz w:val="20"/>
        </w:rPr>
        <w:t>Bank Phone Number: ______________________________________________________________</w:t>
      </w:r>
    </w:p>
    <w:p>
      <w:r>
        <w:rPr>
          <w:b w:val="0"/>
          <w:sz w:val="20"/>
        </w:rPr>
        <w:t>Business Checking Account Number(s): _____________________________________________</w:t>
      </w:r>
    </w:p>
    <w:p/>
    <w:p>
      <w:r>
        <w:rPr>
          <w:b w:val="0"/>
          <w:sz w:val="20"/>
        </w:rPr>
        <w:t>Annual Gross Sales / Revenue: ____________________________________________________</w:t>
      </w:r>
    </w:p>
    <w:p>
      <w:r>
        <w:rPr>
          <w:b w:val="0"/>
          <w:sz w:val="20"/>
        </w:rPr>
        <w:t>Number of Employees: ___________________________________________________________</w:t>
      </w:r>
    </w:p>
    <w:p>
      <w:r>
        <w:rPr>
          <w:b w:val="0"/>
          <w:sz w:val="20"/>
        </w:rPr>
        <w:t>Current Business Debt (Loans, Leases, Credit Lines): _______________________________</w:t>
      </w:r>
    </w:p>
    <w:p>
      <w:r>
        <w:rPr>
          <w:b w:val="0"/>
          <w:sz w:val="20"/>
        </w:rPr>
        <w:t>Requested Credit Amount: ________________________________________________________</w:t>
      </w:r>
    </w:p>
    <w:p/>
    <w:p>
      <w:r>
        <w:rPr>
          <w:b/>
          <w:sz w:val="22"/>
        </w:rPr>
        <w:t>5. Trade References</w:t>
      </w:r>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t>Company Name</w:t>
            </w:r>
          </w:p>
        </w:tc>
        <w:tc>
          <w:tcPr>
            <w:tcW w:type="dxa" w:w="2493"/>
          </w:tcPr>
          <w:p>
            <w:r>
              <w:t>Contact Name</w:t>
            </w:r>
          </w:p>
        </w:tc>
        <w:tc>
          <w:tcPr>
            <w:tcW w:type="dxa" w:w="2493"/>
          </w:tcPr>
          <w:p>
            <w:r>
              <w:t>Phone Number</w:t>
            </w:r>
          </w:p>
        </w:tc>
        <w:tc>
          <w:tcPr>
            <w:tcW w:type="dxa" w:w="2493"/>
          </w:tcPr>
          <w:p>
            <w:r>
              <w:t>Account Number</w:t>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bl>
    <w:p/>
    <w:p>
      <w:r>
        <w:rPr>
          <w:b/>
          <w:sz w:val="22"/>
        </w:rPr>
        <w:t>6. Purpose of Credit</w:t>
      </w:r>
    </w:p>
    <w:p>
      <w:r>
        <w:rPr>
          <w:b w:val="0"/>
          <w:sz w:val="20"/>
        </w:rPr>
        <w:t>Describe the purpose/use of the credit requested:</w:t>
      </w:r>
    </w:p>
    <w:p>
      <w:r>
        <w:rPr>
          <w:b w:val="0"/>
          <w:sz w:val="20"/>
        </w:rPr>
        <w:t>_________________________________________________________________________________</w:t>
      </w:r>
    </w:p>
    <w:p>
      <w:r>
        <w:rPr>
          <w:b w:val="0"/>
          <w:sz w:val="20"/>
        </w:rPr>
        <w:t>_________________________________________________________________________________</w:t>
      </w:r>
    </w:p>
    <w:p>
      <w:r>
        <w:rPr>
          <w:b w:val="0"/>
          <w:sz w:val="20"/>
        </w:rPr>
        <w:t>_________________________________________________________________________________</w:t>
      </w:r>
    </w:p>
    <w:p/>
    <w:p>
      <w:r>
        <w:rPr>
          <w:b/>
          <w:sz w:val="22"/>
        </w:rPr>
        <w:t>7. Authorization and Agreement</w:t>
      </w:r>
    </w:p>
    <w:p>
      <w:r>
        <w:rPr>
          <w:b w:val="0"/>
          <w:sz w:val="20"/>
        </w:rPr>
        <w:t>The undersigned certifies that all information provided in this Business Credit Application Form is true, correct, and complete, and authorizes the lender or seller to investigate the credit and financial responsibility of the business and its principals. The undersigned agrees that this application and any resulting credit extensions are governed by the laws of the United States and the applicable state law.</w:t>
      </w:r>
    </w:p>
    <w:p>
      <w:r>
        <w:rPr>
          <w:b w:val="0"/>
          <w:sz w:val="20"/>
        </w:rPr>
        <w:t>The undersigned further acknowledges that any credit granted shall be subject to the terms and conditions established by the lender or seller, including but not limited to payment terms, interest rates, and security interests.</w:t>
      </w:r>
    </w:p>
    <w:p>
      <w:r>
        <w:rPr>
          <w:b w:val="0"/>
          <w:sz w:val="20"/>
        </w:rPr>
        <w:t>The undersigned agrees to notify the lender or seller promptly of any material change in the business’s financial condition or ownership status.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BUSINESS REPRESENTATIVE</w:t>
            </w:r>
          </w:p>
        </w:tc>
        <w:tc>
          <w:tcPr>
            <w:tcW w:type="dxa" w:w="4986"/>
            <w:tcBorders>
              <w:top w:val="nil"/>
              <w:left w:val="nil"/>
              <w:bottom w:val="nil"/>
              <w:right w:val="nil"/>
              <w:insideH w:val="nil"/>
              <w:insideV w:val="nil"/>
            </w:tcBorders>
          </w:tcPr>
          <w:p>
            <w:pPr>
              <w:jc w:val="center"/>
            </w:pPr>
            <w:r>
              <w:t>PERSONAL GUARANTOR (if required)</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2"/>
        </w:rPr>
        <w:t>8. Notary Acknowledgment</w:t>
      </w:r>
    </w:p>
    <w:p>
      <w:r>
        <w:rPr>
          <w:b w:val="0"/>
          <w:sz w:val="20"/>
        </w:rPr>
        <w:t>State of ______________________</w:t>
      </w:r>
    </w:p>
    <w:p>
      <w:r>
        <w:rPr>
          <w:b w:val="0"/>
          <w:sz w:val="20"/>
        </w:rPr>
        <w:t>County of _____________________</w:t>
      </w:r>
    </w:p>
    <w:p>
      <w:r>
        <w:rPr>
          <w:b w:val="0"/>
          <w:sz w:val="20"/>
        </w:rPr>
        <w:t>On this ______ day of ________________, before me, the undersigned notary public, personally appeared _____________________________________, personally known to me or proved to me on the basis of satisfactory evidence to be the individual whose name is subscribed to the within instrument and acknowledged to me that he/she executed the same in his/her authorized capacity, and that by his/her signature on the instrument, the individual, or the person upon behalf of which the individual acted, executed the instrument.</w:t>
      </w:r>
    </w:p>
    <w:p>
      <w:r>
        <w:rPr>
          <w:b w:val="0"/>
          <w:sz w:val="20"/>
        </w:rPr>
        <w:t>I certify under PENALTY OF PERJURY under the laws of the State of _______________ that the foregoing paragraph is true and correct.</w:t>
      </w:r>
    </w:p>
    <w:p>
      <w:r>
        <w:rPr>
          <w:b w:val="0"/>
          <w:sz w:val="20"/>
        </w:rPr>
        <w:t>WITNESS my hand and official seal.</w:t>
      </w:r>
    </w:p>
    <w:p/>
    <w:p/>
    <w:p/>
    <w:p>
      <w:r>
        <w:rPr>
          <w:b w:val="0"/>
          <w:sz w:val="20"/>
        </w:rPr>
        <w:t>Signature of Notary Public: _______________________________________________</w:t>
      </w:r>
    </w:p>
    <w:p>
      <w:r>
        <w:rPr>
          <w:b w:val="0"/>
          <w:sz w:val="20"/>
        </w:rPr>
        <w:t>My commission expires: ______________________________________________________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https://formtemplate-us.com/business-credit-application-form/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https://formtemplate-us.com</w:t>
        </w:r>
      </w:hyperlink>
    </w:p>
    <w:p>
      <w:pPr>
        <w:jc w:val="center"/>
      </w:pPr>
      <w:r>
        <w:rPr>
          <w:color w:val="808080"/>
          <w:sz w:val="20"/>
        </w:rPr>
        <w:t>This template is intended exclusively for personal, non-commercial use.</w:t>
        <w:br/>
        <w:t>If distributed or published, the source must be mentioned. © formtemplate-us.com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template-us.com/business-credit-application-form/" TargetMode="External"/><Relationship Id="rId10" Type="http://schemas.openxmlformats.org/officeDocument/2006/relationships/hyperlink" Target="https://form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