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DOOR ORDER FORM</w:t>
      </w:r>
    </w:p>
    <w:p/>
    <w:p/>
    <w:p>
      <w:r>
        <w:rPr>
          <w:b/>
          <w:sz w:val="20"/>
        </w:rPr>
        <w:t>Customer Information:</w:t>
      </w:r>
    </w:p>
    <w:p>
      <w:r>
        <w:rPr>
          <w:b w:val="0"/>
          <w:sz w:val="20"/>
        </w:rPr>
        <w:t>Customer Name: ________________________________________________</w:t>
      </w:r>
    </w:p>
    <w:p>
      <w:r>
        <w:rPr>
          <w:b w:val="0"/>
          <w:sz w:val="20"/>
        </w:rPr>
        <w:t>Company Name: ________________________________________________</w:t>
      </w:r>
    </w:p>
    <w:p>
      <w:r>
        <w:rPr>
          <w:b w:val="0"/>
          <w:sz w:val="20"/>
        </w:rPr>
        <w:t>Contact Person: ______________________________________________</w:t>
      </w:r>
    </w:p>
    <w:p>
      <w:r>
        <w:rPr>
          <w:b w:val="0"/>
          <w:sz w:val="20"/>
        </w:rPr>
        <w:t>Phone Number: ________________________________________________</w:t>
      </w:r>
    </w:p>
    <w:p>
      <w:r>
        <w:rPr>
          <w:b w:val="0"/>
          <w:sz w:val="20"/>
        </w:rPr>
        <w:t>Email Address: ________________________________________________</w:t>
      </w:r>
    </w:p>
    <w:p>
      <w:r>
        <w:rPr>
          <w:b w:val="0"/>
          <w:sz w:val="20"/>
        </w:rPr>
        <w:t>Billing Address: ______________________________________________</w:t>
      </w:r>
    </w:p>
    <w:p>
      <w:r>
        <w:rPr>
          <w:b w:val="0"/>
          <w:sz w:val="20"/>
        </w:rPr>
        <w:t>City: _____________________ State: ________ ZIP Code: ________</w:t>
      </w:r>
    </w:p>
    <w:p/>
    <w:p>
      <w:r>
        <w:rPr>
          <w:b/>
          <w:sz w:val="20"/>
        </w:rPr>
        <w:t>Order Details:</w:t>
      </w:r>
    </w:p>
    <w:p>
      <w:r>
        <w:rPr>
          <w:b w:val="0"/>
          <w:sz w:val="20"/>
        </w:rPr>
        <w:t>Order Number: ________________________________________________</w:t>
      </w:r>
    </w:p>
    <w:p>
      <w:r>
        <w:rPr>
          <w:b w:val="0"/>
          <w:sz w:val="20"/>
        </w:rPr>
        <w:t>Purchase Order Date: __________________________________________</w:t>
      </w:r>
    </w:p>
    <w:p>
      <w:r>
        <w:rPr>
          <w:b w:val="0"/>
          <w:sz w:val="20"/>
        </w:rPr>
        <w:t>Requested Delivery Date: ______________________________________</w:t>
      </w:r>
    </w:p>
    <w:p>
      <w:r>
        <w:rPr>
          <w:b w:val="0"/>
          <w:sz w:val="20"/>
        </w:rPr>
        <w:t>Shipping Address: _____________________________________________</w:t>
      </w:r>
    </w:p>
    <w:p>
      <w:r>
        <w:rPr>
          <w:b w:val="0"/>
          <w:sz w:val="20"/>
        </w:rPr>
        <w:t>City: _____________________ State: ________ ZIP Code: ________</w:t>
      </w:r>
    </w:p>
    <w:p>
      <w:r>
        <w:rPr>
          <w:b w:val="0"/>
          <w:sz w:val="20"/>
        </w:rPr>
        <w:t>Special Delivery Instructions: _________________________________</w:t>
      </w:r>
    </w:p>
    <w:p/>
    <w:p>
      <w:r>
        <w:rPr>
          <w:b/>
          <w:sz w:val="20"/>
        </w:rPr>
        <w:t>Door Specifications:</w:t>
      </w:r>
    </w:p>
    <w:p>
      <w:r>
        <w:rPr>
          <w:b w:val="0"/>
          <w:sz w:val="20"/>
        </w:rPr>
        <w:t>Door Type (e.g., interior, exterior): ___________________________</w:t>
      </w:r>
    </w:p>
    <w:p>
      <w:r>
        <w:rPr>
          <w:b w:val="0"/>
          <w:sz w:val="20"/>
        </w:rPr>
        <w:t>Door Style (e.g., panel, flush): _______________________________</w:t>
      </w:r>
    </w:p>
    <w:p>
      <w:r>
        <w:rPr>
          <w:b w:val="0"/>
          <w:sz w:val="20"/>
        </w:rPr>
        <w:t>Material (e.g., wood, steel, fiberglass): _______________________</w:t>
      </w:r>
    </w:p>
    <w:p>
      <w:r>
        <w:rPr>
          <w:b w:val="0"/>
          <w:sz w:val="20"/>
        </w:rPr>
        <w:t>Dimensions (Height x Width x Thickness): _______________________</w:t>
      </w:r>
    </w:p>
    <w:p>
      <w:r>
        <w:rPr>
          <w:b w:val="0"/>
          <w:sz w:val="20"/>
        </w:rPr>
        <w:t>Fire Rating (if applicable): ____________________________________</w:t>
      </w:r>
    </w:p>
    <w:p>
      <w:r>
        <w:rPr>
          <w:b w:val="0"/>
          <w:sz w:val="20"/>
        </w:rPr>
        <w:t>Finish (paint, stain, anodized, etc.): __________________________</w:t>
      </w:r>
    </w:p>
    <w:p>
      <w:r>
        <w:rPr>
          <w:b w:val="0"/>
          <w:sz w:val="20"/>
        </w:rPr>
        <w:t>Color: _________________________________________________________</w:t>
      </w:r>
    </w:p>
    <w:p>
      <w:r>
        <w:rPr>
          <w:b w:val="0"/>
          <w:sz w:val="20"/>
        </w:rPr>
        <w:t>Hardware Package Included: Yes ___ No ___ (If yes, specify below)</w:t>
      </w:r>
    </w:p>
    <w:p>
      <w:r>
        <w:rPr>
          <w:b w:val="0"/>
          <w:sz w:val="20"/>
        </w:rPr>
        <w:t>Hardware Details (locks, hinges, handles, etc.): _________________</w:t>
      </w:r>
    </w:p>
    <w:p/>
    <w:p>
      <w:r>
        <w:rPr>
          <w:b/>
          <w:sz w:val="20"/>
        </w:rPr>
        <w:t>Quantity and Pricing:</w:t>
      </w:r>
    </w:p>
    <w:p>
      <w:r>
        <w:rPr>
          <w:b w:val="0"/>
          <w:sz w:val="20"/>
        </w:rPr>
        <w:t>Unit Price (USD): ______________________________________________</w:t>
      </w:r>
    </w:p>
    <w:p>
      <w:r>
        <w:rPr>
          <w:b w:val="0"/>
          <w:sz w:val="20"/>
        </w:rPr>
        <w:t>Quantity Ordered: ______________________________________________</w:t>
      </w:r>
    </w:p>
    <w:p>
      <w:r>
        <w:rPr>
          <w:b w:val="0"/>
          <w:sz w:val="20"/>
        </w:rPr>
        <w:t>Subtotal: _____________________________________________________</w:t>
      </w:r>
    </w:p>
    <w:p>
      <w:r>
        <w:rPr>
          <w:b w:val="0"/>
          <w:sz w:val="20"/>
        </w:rPr>
        <w:t>Tax (if applicable): ___________________________________________</w:t>
      </w:r>
    </w:p>
    <w:p>
      <w:r>
        <w:rPr>
          <w:b w:val="0"/>
          <w:sz w:val="20"/>
        </w:rPr>
        <w:t>Shipping &amp; Handling: ___________________________________________</w:t>
      </w:r>
    </w:p>
    <w:p>
      <w:r>
        <w:rPr>
          <w:b w:val="0"/>
          <w:sz w:val="20"/>
        </w:rPr>
        <w:t>Total Amount Due: _____________________________________________</w:t>
      </w:r>
    </w:p>
    <w:p/>
    <w:p>
      <w:r>
        <w:rPr>
          <w:b/>
          <w:sz w:val="20"/>
        </w:rPr>
        <w:t>Payment Terms:</w:t>
      </w:r>
    </w:p>
    <w:p>
      <w:r>
        <w:rPr>
          <w:b w:val="0"/>
          <w:sz w:val="20"/>
        </w:rPr>
        <w:t>Payment Method: _______________________________________________</w:t>
      </w:r>
    </w:p>
    <w:p>
      <w:r>
        <w:rPr>
          <w:b w:val="0"/>
          <w:sz w:val="20"/>
        </w:rPr>
        <w:t>Payment Due Date: ______________________________________________</w:t>
      </w:r>
    </w:p>
    <w:p>
      <w:r>
        <w:rPr>
          <w:b w:val="0"/>
          <w:sz w:val="20"/>
        </w:rPr>
        <w:t>Late Payment Penalties: _________________________________________</w:t>
      </w:r>
    </w:p>
    <w:p/>
    <w:p>
      <w:r>
        <w:rPr>
          <w:b/>
          <w:sz w:val="20"/>
        </w:rPr>
        <w:t>Warranty and Liability:</w:t>
      </w:r>
    </w:p>
    <w:p>
      <w:r>
        <w:rPr>
          <w:b w:val="0"/>
          <w:sz w:val="20"/>
        </w:rPr>
        <w:t>The Seller warrants that the goods sold under this Order Form shall conform to the specifications set forth herein and shall be free from defects in material and workmanship for a period of one (1) year from the date of delivery, except for normal wear and tear or damage caused by misuse or improper installation. The Seller's liability shall be limited to repair or replacement of defective goods or refund of the purchase price at Seller's discretion. The Buyer assumes all risk of loss or damage after delivery and shall indemnify and hold Seller harmless from any claims related to installation, use, or any damages arising therefrom.</w:t>
      </w:r>
    </w:p>
    <w:p/>
    <w:p>
      <w:r>
        <w:rPr>
          <w:b/>
          <w:sz w:val="20"/>
        </w:rPr>
        <w:t>Cancellation and Returns:</w:t>
      </w:r>
    </w:p>
    <w:p>
      <w:r>
        <w:rPr>
          <w:b w:val="0"/>
          <w:sz w:val="20"/>
        </w:rPr>
        <w:t>Orders may be canceled or modified only with written consent of Seller and may be subject to cancellation fees. Returns will be accepted only for defective products and must be authorized in writing within 14 days of delivery. Restocking fees may apply. Custom or special-order products are non-returnable except as provided herein.</w:t>
      </w:r>
    </w:p>
    <w:p/>
    <w:p>
      <w:r>
        <w:rPr>
          <w:b/>
          <w:sz w:val="20"/>
        </w:rPr>
        <w:t>Governing Law and Jurisdiction:</w:t>
      </w:r>
    </w:p>
    <w:p>
      <w:r>
        <w:rPr>
          <w:b w:val="0"/>
          <w:sz w:val="20"/>
        </w:rPr>
        <w:t>This Order Form shall be governed by and construed in accordance with the laws of the State of ____________________, United States of America, without regard to its conflict of laws principles. Any disputes arising out of or in connection with this Order Form shall be submitted exclusively to the state or federal courts located within ____________________, and the parties hereby consent to the personal jurisdiction and venue of such courts.</w:t>
      </w:r>
    </w:p>
    <w:p/>
    <w:p>
      <w:r>
        <w:rPr>
          <w:b/>
          <w:sz w:val="20"/>
        </w:rPr>
        <w:t>Entire Agreement:</w:t>
      </w:r>
    </w:p>
    <w:p>
      <w:r>
        <w:rPr>
          <w:b w:val="0"/>
          <w:sz w:val="20"/>
        </w:rPr>
        <w:t>This Order Form constitutes the entire agreement between Buyer and Seller relating to the subject matter herein and supersedes all prior oral and written communications, agreements, and understandings. Any modifications or amendments must be made in writing and signed by both parties to be effective.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w:t>
            </w:r>
          </w:p>
        </w:tc>
        <w:tc>
          <w:tcPr>
            <w:tcW w:type="dxa" w:w="4986"/>
            <w:tcBorders>
              <w:top w:val="nil"/>
              <w:left w:val="nil"/>
              <w:bottom w:val="nil"/>
              <w:right w:val="nil"/>
              <w:insideH w:val="nil"/>
              <w:insideV w:val="nil"/>
            </w:tcBorders>
          </w:tcPr>
          <w:p>
            <w:pPr>
              <w:jc w:val="center"/>
            </w:pPr>
            <w:r>
              <w:t>Name &amp; Title: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https://formtemplate-us.com/door-order-form/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https://formtemplate-us.com</w:t>
        </w:r>
      </w:hyperlink>
    </w:p>
    <w:p>
      <w:pPr>
        <w:jc w:val="center"/>
      </w:pPr>
      <w:r>
        <w:rPr>
          <w:color w:val="808080"/>
          <w:sz w:val="20"/>
        </w:rPr>
        <w:t>This template is intended exclusively for personal, non-commercial use.</w:t>
        <w:br/>
        <w:t>If distributed or published, the source must be mentioned. © formtemplate-us.com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template-us.com/door-order-form/" TargetMode="External"/><Relationship Id="rId10" Type="http://schemas.openxmlformats.org/officeDocument/2006/relationships/hyperlink" Target="https://form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