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EMPLOYEE FEEDBACK FORM</w:t>
      </w:r>
    </w:p>
    <w:p/>
    <w:p>
      <w:r>
        <w:rPr>
          <w:b/>
          <w:sz w:val="20"/>
        </w:rPr>
        <w:t>Employee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Employee ID: 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</w:t>
      </w:r>
    </w:p>
    <w:p>
      <w:r>
        <w:rPr>
          <w:b w:val="0"/>
          <w:sz w:val="20"/>
        </w:rPr>
        <w:t>Supervisor/Manager: _________________________________________________</w:t>
      </w:r>
    </w:p>
    <w:p/>
    <w:p>
      <w:r>
        <w:rPr>
          <w:b/>
          <w:sz w:val="20"/>
        </w:rPr>
        <w:t>Feedback Period</w:t>
      </w:r>
    </w:p>
    <w:p>
      <w:r>
        <w:rPr>
          <w:b w:val="0"/>
          <w:sz w:val="20"/>
        </w:rPr>
        <w:t>From: ________________________   To: _________________________________</w:t>
      </w:r>
    </w:p>
    <w:p/>
    <w:p>
      <w:r>
        <w:rPr>
          <w:b/>
          <w:sz w:val="20"/>
        </w:rPr>
        <w:t>1. Job Performance</w:t>
      </w:r>
    </w:p>
    <w:p>
      <w:r>
        <w:rPr>
          <w:b w:val="0"/>
          <w:sz w:val="20"/>
        </w:rPr>
        <w:t>Please provide detailed feedback on the employee’s job responsibilities, quality of work, productivity, adherence to deadlines, and overall performance.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2. Strengths and Accomplishments</w:t>
      </w:r>
    </w:p>
    <w:p>
      <w:r>
        <w:rPr>
          <w:b w:val="0"/>
          <w:sz w:val="20"/>
        </w:rPr>
        <w:t>Describe key strengths, skills, achievements, and contributions made by the employee during the feedback period.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3. Areas for Improvement</w:t>
      </w:r>
    </w:p>
    <w:p>
      <w:r>
        <w:rPr>
          <w:b w:val="0"/>
          <w:sz w:val="20"/>
        </w:rPr>
        <w:t>Identify specific areas where the employee can enhance performance, skills, or behaviors to contribute more effectively to team and organizational goals.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4. Goals and Development Plan</w:t>
      </w:r>
    </w:p>
    <w:p>
      <w:r>
        <w:rPr>
          <w:b w:val="0"/>
          <w:sz w:val="20"/>
        </w:rPr>
        <w:t>Outline clear, measurable goals and objectives for the upcoming period along with any training, resources, or support required.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5. Workplace Conduct and Behavior</w:t>
      </w:r>
    </w:p>
    <w:p>
      <w:r>
        <w:rPr>
          <w:b w:val="0"/>
          <w:sz w:val="20"/>
        </w:rPr>
        <w:t>Provide comments on professionalism, teamwork, communication, adherence to company policies, and compliance with workplace standards.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6. Additional Comments</w:t>
      </w:r>
    </w:p>
    <w:p>
      <w:r>
        <w:rPr>
          <w:b w:val="0"/>
          <w:sz w:val="20"/>
        </w:rPr>
        <w:t>Any further remarks or observations relevant to the employee’s performance or work environment.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/>
          <w:sz w:val="20"/>
        </w:rPr>
        <w:t>Acknowledgment</w:t>
      </w:r>
    </w:p>
    <w:p>
      <w:r>
        <w:rPr>
          <w:b w:val="0"/>
          <w:sz w:val="20"/>
        </w:rPr>
        <w:t>By signing below, the employee acknowledges receipt of this feedback, understands the contents, and agrees to discuss any questions or concerns with their supervisor.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Supervisor/Manager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https://formtemplate-us.com/employee-feedback-form/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template-us.com/employee-feedback-form/" TargetMode="External"/><Relationship Id="rId10" Type="http://schemas.openxmlformats.org/officeDocument/2006/relationships/hyperlink" Target="https://form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