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MASSAGE THERAPY CLIENT INTAKE FORM</w:t>
      </w:r>
    </w:p>
    <w:p/>
    <w:p/>
    <w:p>
      <w:r>
        <w:rPr>
          <w:b/>
          <w:sz w:val="20"/>
        </w:rPr>
        <w:t>Client Information</w:t>
      </w:r>
    </w:p>
    <w:p>
      <w:r>
        <w:rPr>
          <w:b w:val="0"/>
          <w:sz w:val="20"/>
        </w:rPr>
        <w:t>Full Name: ________________________________________________________________</w:t>
      </w:r>
    </w:p>
    <w:p>
      <w:r>
        <w:rPr>
          <w:b w:val="0"/>
          <w:sz w:val="20"/>
        </w:rPr>
        <w:t>Date of Birth: ____________________________________________________________</w:t>
      </w:r>
    </w:p>
    <w:p>
      <w:r>
        <w:rPr>
          <w:b w:val="0"/>
          <w:sz w:val="20"/>
        </w:rPr>
        <w:t>Phone Number: _____________________________________________________________</w:t>
      </w:r>
    </w:p>
    <w:p>
      <w:r>
        <w:rPr>
          <w:b w:val="0"/>
          <w:sz w:val="20"/>
        </w:rPr>
        <w:t>Email Address: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Emergency Contact Name: _________________________________________________</w:t>
      </w:r>
    </w:p>
    <w:p>
      <w:r>
        <w:rPr>
          <w:b w:val="0"/>
          <w:sz w:val="20"/>
        </w:rPr>
        <w:t>Emergency Contact Phone Number: ___________________________________________</w:t>
      </w:r>
    </w:p>
    <w:p/>
    <w:p>
      <w:r>
        <w:rPr>
          <w:b/>
          <w:sz w:val="20"/>
        </w:rPr>
        <w:t>Health History</w:t>
      </w:r>
    </w:p>
    <w:p>
      <w:r>
        <w:rPr>
          <w:b w:val="0"/>
          <w:sz w:val="20"/>
        </w:rPr>
        <w:t>Please check any conditions you currently have or have had in the past:</w:t>
      </w:r>
    </w:p>
    <w:p>
      <w:r>
        <w:rPr>
          <w:b w:val="0"/>
          <w:sz w:val="20"/>
        </w:rPr>
        <w:t>[  ] High Blood Pressure</w:t>
      </w:r>
    </w:p>
    <w:p>
      <w:r>
        <w:rPr>
          <w:b w:val="0"/>
          <w:sz w:val="20"/>
        </w:rPr>
        <w:t>[  ] Heart Condition</w:t>
      </w:r>
    </w:p>
    <w:p>
      <w:r>
        <w:rPr>
          <w:b w:val="0"/>
          <w:sz w:val="20"/>
        </w:rPr>
        <w:t>[  ] Diabetes</w:t>
      </w:r>
    </w:p>
    <w:p>
      <w:r>
        <w:rPr>
          <w:b w:val="0"/>
          <w:sz w:val="20"/>
        </w:rPr>
        <w:t>[  ] Cancer</w:t>
      </w:r>
    </w:p>
    <w:p>
      <w:r>
        <w:rPr>
          <w:b w:val="0"/>
          <w:sz w:val="20"/>
        </w:rPr>
        <w:t>[  ] Arthritis</w:t>
      </w:r>
    </w:p>
    <w:p>
      <w:r>
        <w:rPr>
          <w:b w:val="0"/>
          <w:sz w:val="20"/>
        </w:rPr>
        <w:t>[  ] Asthma</w:t>
      </w:r>
    </w:p>
    <w:p>
      <w:r>
        <w:rPr>
          <w:b w:val="0"/>
          <w:sz w:val="20"/>
        </w:rPr>
        <w:t>[  ] Allergies</w:t>
      </w:r>
    </w:p>
    <w:p>
      <w:r>
        <w:rPr>
          <w:b w:val="0"/>
          <w:sz w:val="20"/>
        </w:rPr>
        <w:t>[  ] Skin Conditions</w:t>
      </w:r>
    </w:p>
    <w:p>
      <w:r>
        <w:rPr>
          <w:b w:val="0"/>
          <w:sz w:val="20"/>
        </w:rPr>
        <w:t>[  ] Recent Surgeries</w:t>
      </w:r>
    </w:p>
    <w:p>
      <w:r>
        <w:rPr>
          <w:b w:val="0"/>
          <w:sz w:val="20"/>
        </w:rPr>
        <w:t>[  ] Fractures or Broken Bones</w:t>
      </w:r>
    </w:p>
    <w:p>
      <w:r>
        <w:rPr>
          <w:b w:val="0"/>
          <w:sz w:val="20"/>
        </w:rPr>
        <w:t>[  ] Muscle or Joint Injuries</w:t>
      </w:r>
    </w:p>
    <w:p>
      <w:r>
        <w:rPr>
          <w:b w:val="0"/>
          <w:sz w:val="20"/>
        </w:rPr>
        <w:t>[  ] Headaches or Migraines</w:t>
      </w:r>
    </w:p>
    <w:p>
      <w:r>
        <w:rPr>
          <w:b w:val="0"/>
          <w:sz w:val="20"/>
        </w:rPr>
        <w:t>[  ] Numbness or Tingling</w:t>
      </w:r>
    </w:p>
    <w:p>
      <w:r>
        <w:rPr>
          <w:b w:val="0"/>
          <w:sz w:val="20"/>
        </w:rPr>
        <w:t>[  ] Respiratory Issues</w:t>
      </w:r>
    </w:p>
    <w:p>
      <w:r>
        <w:rPr>
          <w:b w:val="0"/>
          <w:sz w:val="20"/>
        </w:rPr>
        <w:t>[  ] Infectious Diseases</w:t>
      </w:r>
    </w:p>
    <w:p>
      <w:r>
        <w:rPr>
          <w:b w:val="0"/>
          <w:sz w:val="20"/>
        </w:rPr>
        <w:t>[  ] Pregnancy</w:t>
      </w:r>
    </w:p>
    <w:p>
      <w:r>
        <w:rPr>
          <w:b w:val="0"/>
          <w:sz w:val="20"/>
        </w:rPr>
        <w:t>[  ] Other: _____________________________________________________</w:t>
      </w:r>
    </w:p>
    <w:p/>
    <w:p>
      <w:r>
        <w:rPr>
          <w:b w:val="0"/>
          <w:sz w:val="20"/>
        </w:rPr>
        <w:t>Are you currently under medical care?  [  ] Yes    [  ] No</w:t>
      </w:r>
    </w:p>
    <w:p>
      <w:r>
        <w:rPr>
          <w:b w:val="0"/>
          <w:sz w:val="20"/>
        </w:rPr>
        <w:t>If yes, please explain: 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 w:val="0"/>
          <w:sz w:val="20"/>
        </w:rPr>
        <w:t>Are you currently taking any medications?  [  ] Yes    [  ] No</w:t>
      </w:r>
    </w:p>
    <w:p>
      <w:r>
        <w:rPr>
          <w:b w:val="0"/>
          <w:sz w:val="20"/>
        </w:rPr>
        <w:t>If yes, please list: 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 w:val="0"/>
          <w:sz w:val="20"/>
        </w:rPr>
        <w:t>Do you have any allergies to oils, lotions, or ointments?  [  ] Yes    [  ] No</w:t>
      </w:r>
    </w:p>
    <w:p>
      <w:r>
        <w:rPr>
          <w:b w:val="0"/>
          <w:sz w:val="20"/>
        </w:rPr>
        <w:t>If yes, please specify: _____________________________________________________</w:t>
      </w:r>
    </w:p>
    <w:p/>
    <w:p>
      <w:r>
        <w:rPr>
          <w:b w:val="0"/>
          <w:sz w:val="20"/>
        </w:rPr>
        <w:t>Do you have any medical devices (e.g., pacemakers, prosthetics)?  [  ] Yes    [  ] No</w:t>
      </w:r>
    </w:p>
    <w:p>
      <w:r>
        <w:rPr>
          <w:b w:val="0"/>
          <w:sz w:val="20"/>
        </w:rPr>
        <w:t>If yes, please specify: _____________________________________________________</w:t>
      </w:r>
    </w:p>
    <w:p/>
    <w:p>
      <w:r>
        <w:rPr>
          <w:b/>
          <w:sz w:val="20"/>
        </w:rPr>
        <w:t>Massage Preferences</w:t>
      </w:r>
    </w:p>
    <w:p>
      <w:r>
        <w:rPr>
          <w:b w:val="0"/>
          <w:sz w:val="20"/>
        </w:rPr>
        <w:t>Have you previously received massage therapy?  [  ] Yes    [  ] No</w:t>
      </w:r>
    </w:p>
    <w:p>
      <w:r>
        <w:rPr>
          <w:b w:val="0"/>
          <w:sz w:val="20"/>
        </w:rPr>
        <w:t>If yes, what type(s)? ______________________________________________________</w:t>
      </w:r>
    </w:p>
    <w:p>
      <w:r>
        <w:rPr>
          <w:b w:val="0"/>
          <w:sz w:val="20"/>
        </w:rPr>
        <w:t>What areas would you like the therapist to focus on? ___________________________</w:t>
      </w:r>
    </w:p>
    <w:p>
      <w:r>
        <w:rPr>
          <w:b w:val="0"/>
          <w:sz w:val="20"/>
        </w:rPr>
        <w:t>Are there any areas you would like the therapist to avoid? _____________________</w:t>
      </w:r>
    </w:p>
    <w:p>
      <w:r>
        <w:rPr>
          <w:b w:val="0"/>
          <w:sz w:val="20"/>
        </w:rPr>
        <w:t>Preferred pressure: [  ] Light    [  ] Medium    [  ] Firm</w:t>
      </w:r>
    </w:p>
    <w:p/>
    <w:p>
      <w:r>
        <w:rPr>
          <w:b/>
          <w:sz w:val="20"/>
        </w:rPr>
        <w:t>Consent and Agreement</w:t>
      </w:r>
    </w:p>
    <w:p>
      <w:r>
        <w:rPr>
          <w:b w:val="0"/>
          <w:sz w:val="20"/>
        </w:rPr>
        <w:t>I hereby give my consent to receive massage therapy treatments provided by the licensed massage therapist. I understand that massage therapy is not a substitute for medical treatment, and that it is recommended to consult with a healthcare professional before starting massage therapy if I have any medical conditions.</w:t>
      </w:r>
    </w:p>
    <w:p/>
    <w:p>
      <w:r>
        <w:rPr>
          <w:b w:val="0"/>
          <w:sz w:val="20"/>
        </w:rPr>
        <w:t>I affirm that the information provided in this intake form is accurate and complete to the best of my knowledge. I will inform the therapist of any changes in my health status prior to future sessions.</w:t>
      </w:r>
    </w:p>
    <w:p/>
    <w:p>
      <w:r>
        <w:rPr>
          <w:b w:val="0"/>
          <w:sz w:val="20"/>
        </w:rPr>
        <w:t>I acknowledge that the massage therapist does not diagnose or prescribe medical treatment, and that all massage services are provided for relaxation, relief of muscular tension, and wellness purposes only.</w:t>
      </w:r>
    </w:p>
    <w:p/>
    <w:p>
      <w:r>
        <w:rPr>
          <w:b w:val="0"/>
          <w:sz w:val="20"/>
        </w:rPr>
        <w:t>I understand that I may stop the treatment at any time and request modifications to the therapy.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THERAPIST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(Print):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(Print): ________________________</w:t>
            </w:r>
          </w:p>
        </w:tc>
      </w:tr>
    </w:tbl>
    <w:p/>
    <w:p/>
    <w:p>
      <w:pPr>
        <w:jc w:val="center"/>
      </w:pPr>
      <w:r>
        <w:rPr>
          <w:b/>
          <w:sz w:val="20"/>
        </w:rPr>
        <w:t>By signing this form, both parties agree that this document constitutes a legal agreement governing the provision of massage therapy services and is enforceable under United States law.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https://formtemplate-us.com/massage-intake-form/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https://formtemplate-us.com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formtemplate-us.com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ormtemplate-us.com/massage-intake-form/" TargetMode="External"/><Relationship Id="rId10" Type="http://schemas.openxmlformats.org/officeDocument/2006/relationships/hyperlink" Target="https://formtemplate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