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MEDICAL REFERRAL FORM</w:t>
      </w:r>
    </w:p>
    <w:p/>
    <w:p>
      <w:r>
        <w:rPr>
          <w:b/>
          <w:sz w:val="20"/>
        </w:rPr>
        <w:t>Referring Physician Information: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NPI Number: __________________________________________________________</w:t>
      </w:r>
    </w:p>
    <w:p>
      <w:r>
        <w:rPr>
          <w:b w:val="0"/>
          <w:sz w:val="20"/>
        </w:rPr>
        <w:t>License Number: _______________________________________________________</w:t>
      </w:r>
    </w:p>
    <w:p>
      <w:r>
        <w:rPr>
          <w:b w:val="0"/>
          <w:sz w:val="20"/>
        </w:rPr>
        <w:t>Practice Name: 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 Fax: 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Patient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Gender: 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Insurance Provider: ____________________________________________________</w:t>
      </w:r>
    </w:p>
    <w:p>
      <w:r>
        <w:rPr>
          <w:b w:val="0"/>
          <w:sz w:val="20"/>
        </w:rPr>
        <w:t>Insurance ID Number: ___________________________________________________</w:t>
      </w:r>
    </w:p>
    <w:p/>
    <w:p>
      <w:r>
        <w:rPr>
          <w:b/>
          <w:sz w:val="20"/>
        </w:rPr>
        <w:t>Referral Details:</w:t>
      </w:r>
    </w:p>
    <w:p>
      <w:r>
        <w:rPr>
          <w:b w:val="0"/>
          <w:sz w:val="20"/>
        </w:rPr>
        <w:t>Specialist or Facility Name: ____________________________________________</w:t>
      </w:r>
    </w:p>
    <w:p>
      <w:r>
        <w:rPr>
          <w:b w:val="0"/>
          <w:sz w:val="20"/>
        </w:rPr>
        <w:t>Specialty Requested: 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 Fax: ____________________________</w:t>
      </w:r>
    </w:p>
    <w:p>
      <w:r>
        <w:rPr>
          <w:b w:val="0"/>
          <w:sz w:val="20"/>
        </w:rPr>
        <w:t>Reason for Referral / Clinical Information:</w:t>
      </w:r>
    </w:p>
    <w:p>
      <w:r>
        <w:br/>
        <w:br/>
        <w:br/>
        <w:br/>
      </w:r>
    </w:p>
    <w:p/>
    <w:p>
      <w:r>
        <w:rPr>
          <w:b/>
          <w:sz w:val="20"/>
        </w:rPr>
        <w:t>Diagnosis and Clinical Findings:</w:t>
      </w:r>
    </w:p>
    <w:p>
      <w:r>
        <w:br/>
        <w:br/>
        <w:br/>
        <w:br/>
        <w:br/>
        <w:br/>
      </w:r>
    </w:p>
    <w:p/>
    <w:p>
      <w:r>
        <w:rPr>
          <w:b/>
          <w:sz w:val="20"/>
        </w:rPr>
        <w:t>Requested Services / Procedures:</w:t>
      </w:r>
    </w:p>
    <w:p>
      <w:r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</w:r>
    </w:p>
    <w:p/>
    <w:p>
      <w:r>
        <w:rPr>
          <w:b/>
          <w:sz w:val="20"/>
        </w:rPr>
        <w:t>Urgency of Referral:</w:t>
      </w:r>
    </w:p>
    <w:p>
      <w:r>
        <w:rPr>
          <w:b w:val="0"/>
          <w:sz w:val="20"/>
        </w:rPr>
        <w:t>☐ Routine             ☐ Urgent             ☐ STAT (Immediate)</w:t>
      </w:r>
    </w:p>
    <w:p/>
    <w:p>
      <w:r>
        <w:rPr>
          <w:b/>
          <w:sz w:val="20"/>
        </w:rPr>
        <w:t>Relevant Medical History / Allergies:</w:t>
      </w:r>
    </w:p>
    <w:p>
      <w:r>
        <w:br/>
        <w:br/>
        <w:br/>
        <w:br/>
        <w:br/>
      </w:r>
    </w:p>
    <w:p/>
    <w:p>
      <w:r>
        <w:rPr>
          <w:b/>
          <w:sz w:val="20"/>
        </w:rPr>
        <w:t>Current Medications:</w:t>
      </w:r>
    </w:p>
    <w:p>
      <w:r>
        <w:br/>
        <w:br/>
        <w:br/>
        <w:br/>
        <w:br/>
      </w:r>
    </w:p>
    <w:p/>
    <w:p>
      <w:r>
        <w:rPr>
          <w:b/>
          <w:sz w:val="20"/>
        </w:rPr>
        <w:t>Additional Instructions / Comments:</w:t>
      </w:r>
    </w:p>
    <w:p>
      <w:r>
        <w:br/>
        <w:br/>
        <w:br/>
        <w:br/>
      </w:r>
    </w:p>
    <w:p/>
    <w:p>
      <w:r>
        <w:rPr>
          <w:b/>
          <w:sz w:val="20"/>
        </w:rPr>
        <w:t>Patient Consent and Authorization:</w:t>
      </w:r>
    </w:p>
    <w:p>
      <w:r>
        <w:rPr>
          <w:b w:val="0"/>
          <w:sz w:val="20"/>
        </w:rPr>
        <w:t>I hereby authorize the release of medical information necessary to process this referral and authorize the evaluation and treatment by the referred specialist/facility. I understand that this referral is based on the medical necessity as determined by my referring physician.</w:t>
      </w:r>
    </w:p>
    <w:p/>
    <w:p>
      <w:r>
        <w:rPr>
          <w:b w:val="0"/>
          <w:sz w:val="20"/>
        </w:rPr>
        <w:t>Referring Physician Signature: ________________________________________</w:t>
      </w:r>
    </w:p>
    <w:p>
      <w:r>
        <w:rPr>
          <w:b w:val="0"/>
          <w:sz w:val="20"/>
        </w:rPr>
        <w:t>Date: _________________________________________________________________</w:t>
      </w:r>
    </w:p>
    <w:p/>
    <w:p/>
    <w:p>
      <w:r>
        <w:rPr>
          <w:b w:val="0"/>
          <w:sz w:val="20"/>
        </w:rPr>
        <w:t>Patient Signature (or Legal Guardian): _________________________________</w:t>
      </w:r>
    </w:p>
    <w:p>
      <w:r>
        <w:rPr>
          <w:b w:val="0"/>
          <w:sz w:val="20"/>
        </w:rPr>
        <w:t>Date: _________________________________________________________________</w:t>
      </w:r>
    </w:p>
    <w:p/>
    <w:p/>
    <w:p>
      <w:r>
        <w:rPr>
          <w:b w:val="0"/>
          <w:sz w:val="20"/>
        </w:rPr>
        <w:t>For questions regarding this referral, please contact the referring physician's office.</w:t>
      </w:r>
    </w:p>
    <w:p>
      <w:r>
        <w:rPr>
          <w:b w:val="0"/>
          <w:sz w:val="20"/>
        </w:rPr>
        <w:t>Phone: _____________________________ Email: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Referring Physician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 / Legal Guardian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https://formtemplate-us.com/medical-referral-form/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template-us.com/medical-referral-form/" TargetMode="External"/><Relationship Id="rId10" Type="http://schemas.openxmlformats.org/officeDocument/2006/relationships/hyperlink" Target="https://form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