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PET SURRENDER FORM</w:t>
      </w:r>
    </w:p>
    <w:p/>
    <w:p/>
    <w:p>
      <w:r>
        <w:rPr>
          <w:b w:val="0"/>
          <w:sz w:val="20"/>
        </w:rPr>
        <w:t>This Pet Surrender Form (‘Agreement’) is made between the undersigned Owner (‘Owner’) and the Shelter/Agency (‘Agency’), collectively referred to as the Parties. The Owner hereby surrenders all rights, title, and interest in the pet described below to the Agency under the terms and conditions set forth herein.</w:t>
      </w:r>
    </w:p>
    <w:p/>
    <w:p/>
    <w:p>
      <w:r>
        <w:rPr>
          <w:b/>
          <w:sz w:val="20"/>
        </w:rPr>
        <w:t>OWNER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___________________________ State: ______ Zip Code: 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EMERGENCY CONTACT (optional):</w:t>
      </w:r>
    </w:p>
    <w:p>
      <w:r>
        <w:rPr>
          <w:b w:val="0"/>
          <w:sz w:val="20"/>
        </w:rPr>
        <w:t>Name: _________________________________________________________________</w:t>
      </w:r>
    </w:p>
    <w:p>
      <w:r>
        <w:rPr>
          <w:b w:val="0"/>
          <w:sz w:val="20"/>
        </w:rPr>
        <w:t>Phone: ________________________________________________________________</w:t>
      </w:r>
    </w:p>
    <w:p/>
    <w:p/>
    <w:p>
      <w:r>
        <w:rPr>
          <w:b/>
          <w:sz w:val="20"/>
        </w:rPr>
        <w:t>PET INFORMATION:</w:t>
      </w:r>
    </w:p>
    <w:p>
      <w:r>
        <w:rPr>
          <w:b w:val="0"/>
          <w:sz w:val="20"/>
        </w:rPr>
        <w:t>Pet Name: _____________________________________________________________</w:t>
      </w:r>
    </w:p>
    <w:p>
      <w:r>
        <w:rPr>
          <w:b w:val="0"/>
          <w:sz w:val="20"/>
        </w:rPr>
        <w:t>Species (Dog, Cat, etc.): _______________________________________________</w:t>
      </w:r>
    </w:p>
    <w:p>
      <w:r>
        <w:rPr>
          <w:b w:val="0"/>
          <w:sz w:val="20"/>
        </w:rPr>
        <w:t>Breed: ________________________________________________________________</w:t>
      </w:r>
    </w:p>
    <w:p>
      <w:r>
        <w:rPr>
          <w:b w:val="0"/>
          <w:sz w:val="20"/>
        </w:rPr>
        <w:t>Color/Markings: ________________________________________________________</w:t>
      </w:r>
    </w:p>
    <w:p>
      <w:r>
        <w:rPr>
          <w:b w:val="0"/>
          <w:sz w:val="20"/>
        </w:rPr>
        <w:t>Sex: _______ Spayed/Neutered: _______ Age or DOB: _______________________</w:t>
      </w:r>
    </w:p>
    <w:p>
      <w:r>
        <w:rPr>
          <w:b w:val="0"/>
          <w:sz w:val="20"/>
        </w:rPr>
        <w:t>Microchip Number (if applicable): _______________________________________</w:t>
      </w:r>
    </w:p>
    <w:p>
      <w:r>
        <w:rPr>
          <w:b w:val="0"/>
          <w:sz w:val="20"/>
        </w:rPr>
        <w:t>Tattoo Number (if applicable): __________________________________________</w:t>
      </w:r>
    </w:p>
    <w:p>
      <w:r>
        <w:rPr>
          <w:b w:val="0"/>
          <w:sz w:val="20"/>
        </w:rPr>
        <w:t>Identification Collar Tag Number (if applicable): _______________________</w:t>
      </w:r>
    </w:p>
    <w:p/>
    <w:p>
      <w:r>
        <w:rPr>
          <w:b/>
          <w:sz w:val="20"/>
        </w:rPr>
        <w:t>HEALTH AND MEDICAL HISTORY:</w:t>
      </w:r>
    </w:p>
    <w:p>
      <w:r>
        <w:rPr>
          <w:b w:val="0"/>
          <w:sz w:val="20"/>
        </w:rPr>
        <w:t>Is the pet currently on any medication? _____ Yes _____ No</w:t>
      </w:r>
    </w:p>
    <w:p>
      <w:r>
        <w:rPr>
          <w:b w:val="0"/>
          <w:sz w:val="20"/>
        </w:rPr>
        <w:t>If yes, list all medications and dosages: ________________________________</w:t>
      </w:r>
    </w:p>
    <w:p>
      <w:r>
        <w:rPr>
          <w:b w:val="0"/>
          <w:sz w:val="20"/>
        </w:rPr>
        <w:t>Has the pet been diagnosed with any illnesses or conditions? _____ Yes _____ No</w:t>
      </w:r>
    </w:p>
    <w:p>
      <w:r>
        <w:rPr>
          <w:b w:val="0"/>
          <w:sz w:val="20"/>
        </w:rPr>
        <w:t>If yes, please specify: _________________________________________________</w:t>
      </w:r>
    </w:p>
    <w:p>
      <w:r>
        <w:rPr>
          <w:b w:val="0"/>
          <w:sz w:val="20"/>
        </w:rPr>
        <w:t>Is the pet up to date on vaccinations? _____ Yes _____ No _____ Unknown</w:t>
      </w:r>
    </w:p>
    <w:p>
      <w:r>
        <w:rPr>
          <w:b w:val="0"/>
          <w:sz w:val="20"/>
        </w:rPr>
        <w:t>Date of last vaccinations (if known): ____________________________________</w:t>
      </w:r>
    </w:p>
    <w:p>
      <w:r>
        <w:rPr>
          <w:b w:val="0"/>
          <w:sz w:val="20"/>
        </w:rPr>
        <w:t>Is the pet currently experiencing any behavioral issues? _____ Yes _____ No</w:t>
      </w:r>
    </w:p>
    <w:p>
      <w:r>
        <w:rPr>
          <w:b w:val="0"/>
          <w:sz w:val="20"/>
        </w:rPr>
        <w:t>If yes, please describe: _________________________________________________</w:t>
      </w:r>
    </w:p>
    <w:p>
      <w:r>
        <w:rPr>
          <w:b w:val="0"/>
          <w:sz w:val="20"/>
        </w:rPr>
        <w:t>Has the pet ever bitten or shown aggression towards people or other animals? _____ Yes _____ No</w:t>
      </w:r>
    </w:p>
    <w:p>
      <w:r>
        <w:rPr>
          <w:b w:val="0"/>
          <w:sz w:val="20"/>
        </w:rPr>
        <w:t>If yes, please provide details: ___________________________________________</w:t>
      </w:r>
    </w:p>
    <w:p>
      <w:r>
        <w:rPr>
          <w:b w:val="0"/>
          <w:sz w:val="20"/>
        </w:rPr>
        <w:t>Has the pet ever been diagnosed with a contagious disease? _____ Yes _____ No</w:t>
      </w:r>
    </w:p>
    <w:p>
      <w:r>
        <w:rPr>
          <w:b w:val="0"/>
          <w:sz w:val="20"/>
        </w:rPr>
        <w:t>If yes, please provide details: ___________________________________________</w:t>
      </w:r>
    </w:p>
    <w:p/>
    <w:p>
      <w:r>
        <w:rPr>
          <w:b/>
          <w:sz w:val="20"/>
        </w:rPr>
        <w:t>REASON FOR SURRENDER:</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p>
      <w:r>
        <w:rPr>
          <w:b/>
          <w:sz w:val="20"/>
        </w:rPr>
        <w:t>STATEMENT OF OWNERSHIP AND AUTHORITY:</w:t>
      </w:r>
    </w:p>
    <w:p>
      <w:r>
        <w:rPr>
          <w:b w:val="0"/>
          <w:sz w:val="20"/>
        </w:rPr>
        <w:t>I, the undersigned Owner, hereby certify that I am the legal owner of the above-described pet and have full authority to surrender and transfer all rights, title, and interest in the pet to the Agency.</w:t>
      </w:r>
    </w:p>
    <w:p>
      <w:r>
        <w:rPr>
          <w:b w:val="0"/>
          <w:sz w:val="20"/>
        </w:rPr>
        <w:t>I declare that the pet is not claimed by any other party and is free of liens, charges, or encumbrances.</w:t>
      </w:r>
    </w:p>
    <w:p/>
    <w:p>
      <w:r>
        <w:rPr>
          <w:b/>
          <w:sz w:val="20"/>
        </w:rPr>
        <w:t>ACKNOWLEDGMENT OF SURRENDER AND RELEASE:</w:t>
      </w:r>
    </w:p>
    <w:p>
      <w:r>
        <w:rPr>
          <w:b w:val="0"/>
          <w:sz w:val="20"/>
        </w:rPr>
        <w:t>I acknowledge that by signing this Agreement, I am surrendering the pet to the Agency, which may place, adopt, transfer, or humanely euthanize the pet at its sole discretion.</w:t>
      </w:r>
    </w:p>
    <w:p>
      <w:r>
        <w:rPr>
          <w:b w:val="0"/>
          <w:sz w:val="20"/>
        </w:rPr>
        <w:t>I understand and agree that the Agency shall have no liability or responsibility for the pet’s future care, behavior, or disposition following surrender.</w:t>
      </w:r>
    </w:p>
    <w:p>
      <w:r>
        <w:rPr>
          <w:b w:val="0"/>
          <w:sz w:val="20"/>
        </w:rPr>
        <w:t>I release and discharge the Agency, its employees, volunteers, agents, and affiliates from all claims, demands, and causes of action arising from or related to this surrender.</w:t>
      </w:r>
    </w:p>
    <w:p/>
    <w:p>
      <w:r>
        <w:rPr>
          <w:b/>
          <w:sz w:val="20"/>
        </w:rPr>
        <w:t>NO GUARANTEES OR WARRANTIES:</w:t>
      </w:r>
    </w:p>
    <w:p>
      <w:r>
        <w:rPr>
          <w:b w:val="0"/>
          <w:sz w:val="20"/>
        </w:rPr>
        <w:t>The Agency makes no guarantees or warranties regarding the future placement, health, or behavior of the pet.</w:t>
      </w:r>
    </w:p>
    <w:p>
      <w:r>
        <w:rPr>
          <w:b w:val="0"/>
          <w:sz w:val="20"/>
        </w:rPr>
        <w:t>The Owner waives any and all claims against the Agency for the pet’s condition or disposition after surrender.</w:t>
      </w:r>
    </w:p>
    <w:p/>
    <w:p>
      <w:r>
        <w:rPr>
          <w:b/>
          <w:sz w:val="20"/>
        </w:rPr>
        <w:t>INDEMNIFICATION:</w:t>
      </w:r>
    </w:p>
    <w:p>
      <w:r>
        <w:rPr>
          <w:b w:val="0"/>
          <w:sz w:val="20"/>
        </w:rPr>
        <w:t>The Owner agrees to indemnify and hold harmless the Agency from any claims, damages, or liabilities, including attorney fees, arising out of any misrepresentation or breach of this Agreement by the Owner.</w:t>
      </w:r>
    </w:p>
    <w:p/>
    <w:p/>
    <w:p>
      <w:r>
        <w:rPr>
          <w:b/>
          <w:sz w:val="20"/>
        </w:rPr>
        <w:t>CONFIDENTIALITY:</w:t>
      </w:r>
    </w:p>
    <w:p>
      <w:r>
        <w:rPr>
          <w:b w:val="0"/>
          <w:sz w:val="20"/>
        </w:rPr>
        <w:t>The Owner agrees that all information provided herein shall be kept confidential and used only for purposes related to the care, placement, and legal compliance of the surrender process.</w:t>
      </w:r>
    </w:p>
    <w:p/>
    <w:p/>
    <w:p>
      <w:r>
        <w:rPr>
          <w:b/>
          <w:sz w:val="20"/>
        </w:rPr>
        <w:t>GOVERNING LAW AND VENUE:</w:t>
      </w:r>
    </w:p>
    <w:p>
      <w:r>
        <w:rPr>
          <w:b w:val="0"/>
          <w:sz w:val="20"/>
        </w:rPr>
        <w:t>This Agreement shall be governed by and construed in accordance with the laws of the State in which the Agency operates, without regard to conflict of laws principles.</w:t>
      </w:r>
    </w:p>
    <w:p>
      <w:r>
        <w:rPr>
          <w:b w:val="0"/>
          <w:sz w:val="20"/>
        </w:rPr>
        <w:t>Any disputes arising under this Agreement shall be resolved exclusively in the state or federal courts located within that State.</w:t>
      </w:r>
    </w:p>
    <w:p/>
    <w:p/>
    <w:p>
      <w:r>
        <w:rPr>
          <w:b/>
          <w:sz w:val="20"/>
        </w:rPr>
        <w:t>ENTIRE AGREEMENT:</w:t>
      </w:r>
    </w:p>
    <w:p>
      <w:r>
        <w:rPr>
          <w:b w:val="0"/>
          <w:sz w:val="20"/>
        </w:rPr>
        <w:t>This Agreement constitutes the entire understanding between the Parties with respect to the subject matter herein and supersedes all prior discussions, agreements, or representations.</w:t>
      </w:r>
    </w:p>
    <w:p>
      <w:r>
        <w:rPr>
          <w:b w:val="0"/>
          <w:sz w:val="20"/>
        </w:rPr>
        <w:t>Any modifications must be in writing and signed by both Parties.</w:t>
      </w:r>
    </w:p>
    <w:p/>
    <w:p/>
    <w:p>
      <w:r>
        <w:rPr>
          <w:b/>
          <w:sz w:val="20"/>
        </w:rPr>
        <w:t>OWNER SIGNATURE AND ACKNOWLEDGEMENT:</w:t>
      </w:r>
    </w:p>
    <w:p>
      <w:r>
        <w:rPr>
          <w:b w:val="0"/>
          <w:sz w:val="20"/>
        </w:rPr>
        <w:t>I have read, understand, and agree to the terms and conditions of this Pet Surrender Form.</w:t>
      </w:r>
    </w:p>
    <w:p>
      <w:r>
        <w:rPr>
          <w:b w:val="0"/>
          <w:sz w:val="20"/>
        </w:rPr>
        <w:t>I affirm that all information provided is true and accurate to the best of my knowledge.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AGENCY REPRESENTATIVE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 Name: _________________________________</w:t>
            </w:r>
          </w:p>
        </w:tc>
        <w:tc>
          <w:tcPr>
            <w:tcW w:type="dxa" w:w="4986"/>
            <w:tcBorders>
              <w:top w:val="nil"/>
              <w:left w:val="nil"/>
              <w:bottom w:val="nil"/>
              <w:right w:val="nil"/>
              <w:insideH w:val="nil"/>
              <w:insideV w:val="nil"/>
            </w:tcBorders>
          </w:tcPr>
          <w:p>
            <w:pPr>
              <w:jc w:val="center"/>
            </w:pPr>
            <w:r>
              <w:t>Print Name: _________________________________</w:t>
            </w:r>
          </w:p>
        </w:tc>
      </w:tr>
    </w:tbl>
    <w:p/>
    <w:p>
      <w:pPr>
        <w:jc w:val="left"/>
      </w:pPr>
      <w:r>
        <w:t>Date: __________________________________________</w:t>
      </w:r>
    </w:p>
    <w:p>
      <w:pPr>
        <w:jc w:val="left"/>
      </w:pPr>
      <w:r>
        <w:t>Date: 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https://formtemplate-us.com/pet-surrender-form/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https://formtemplate-us.com</w:t>
        </w:r>
      </w:hyperlink>
    </w:p>
    <w:p>
      <w:pPr>
        <w:jc w:val="center"/>
      </w:pPr>
      <w:r>
        <w:rPr>
          <w:color w:val="808080"/>
          <w:sz w:val="20"/>
        </w:rPr>
        <w:t>This template is intended exclusively for personal, non-commercial use.</w:t>
        <w:br/>
        <w:t>If distributed or published, the source must be mentioned. © formtemplate-us.com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template-us.com/pet-surrender-form/" TargetMode="External"/><Relationship Id="rId10" Type="http://schemas.openxmlformats.org/officeDocument/2006/relationships/hyperlink" Target="https://form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