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VOLUNTEER SIGN UP FORM</w:t>
      </w:r>
    </w:p>
    <w:p/>
    <w:p/>
    <w:p>
      <w:r>
        <w:rPr>
          <w:b w:val="0"/>
          <w:sz w:val="20"/>
        </w:rPr>
        <w:t>Thank you for your interest in volunteering with our organization. Please complete this form honestly and thoroughly. Your information will be kept confidential and used solely for volunteer management purposes.</w:t>
      </w:r>
    </w:p>
    <w:p/>
    <w:p>
      <w:r>
        <w:rPr>
          <w:b/>
          <w:sz w:val="22"/>
        </w:rPr>
        <w:t>Personal Information</w:t>
      </w:r>
    </w:p>
    <w:p>
      <w:r>
        <w:rPr>
          <w:b w:val="0"/>
          <w:sz w:val="20"/>
        </w:rPr>
        <w:t>Full Name: ________________________________________________________________</w:t>
      </w:r>
    </w:p>
    <w:p>
      <w:r>
        <w:rPr>
          <w:b w:val="0"/>
          <w:sz w:val="20"/>
        </w:rPr>
        <w:t>Date of Birth (MM/DD/YYYY): _______________________________________________</w:t>
      </w:r>
    </w:p>
    <w:p>
      <w:r>
        <w:rPr>
          <w:b w:val="0"/>
          <w:sz w:val="20"/>
        </w:rPr>
        <w:t>Address: _________________________________________________________________</w:t>
      </w:r>
    </w:p>
    <w:p>
      <w:r>
        <w:rPr>
          <w:b w:val="0"/>
          <w:sz w:val="20"/>
        </w:rPr>
        <w:t>City: __________________________ State: ______________ Zip Code: __________</w:t>
      </w:r>
    </w:p>
    <w:p>
      <w:r>
        <w:rPr>
          <w:b w:val="0"/>
          <w:sz w:val="20"/>
        </w:rPr>
        <w:t>Phone Number: _____________________________________________________________</w:t>
      </w:r>
    </w:p>
    <w:p>
      <w:r>
        <w:rPr>
          <w:b w:val="0"/>
          <w:sz w:val="20"/>
        </w:rPr>
        <w:t>Email Address: _____________________________________________________________</w:t>
      </w:r>
    </w:p>
    <w:p/>
    <w:p>
      <w:r>
        <w:rPr>
          <w:b/>
          <w:sz w:val="22"/>
        </w:rPr>
        <w:t>Emergency Contact Information</w:t>
      </w:r>
    </w:p>
    <w:p>
      <w:r>
        <w:rPr>
          <w:b w:val="0"/>
          <w:sz w:val="20"/>
        </w:rPr>
        <w:t>Full Name: ________________________________________________________________</w:t>
      </w:r>
    </w:p>
    <w:p>
      <w:r>
        <w:rPr>
          <w:b w:val="0"/>
          <w:sz w:val="20"/>
        </w:rPr>
        <w:t>Relationship: ______________________________________________________________</w:t>
      </w:r>
    </w:p>
    <w:p>
      <w:r>
        <w:rPr>
          <w:b w:val="0"/>
          <w:sz w:val="20"/>
        </w:rPr>
        <w:t>Phone Number: _____________________________________________________________</w:t>
      </w:r>
    </w:p>
    <w:p>
      <w:r>
        <w:rPr>
          <w:b w:val="0"/>
          <w:sz w:val="20"/>
        </w:rPr>
        <w:t>Alternate Phone Number: ___________________________________________________</w:t>
      </w:r>
    </w:p>
    <w:p/>
    <w:p>
      <w:r>
        <w:rPr>
          <w:b/>
          <w:sz w:val="22"/>
        </w:rPr>
        <w:t>Availability</w:t>
      </w:r>
    </w:p>
    <w:p>
      <w:r>
        <w:rPr>
          <w:b w:val="0"/>
          <w:sz w:val="20"/>
        </w:rPr>
        <w:t>Please indicate your general availability (check all that apply):</w:t>
      </w:r>
    </w:p>
    <w:p>
      <w:r>
        <w:rPr>
          <w:b w:val="0"/>
          <w:sz w:val="20"/>
        </w:rPr>
        <w:t xml:space="preserve">  [ ] Weekdays (9 AM - 5 PM)</w:t>
      </w:r>
    </w:p>
    <w:p>
      <w:r>
        <w:rPr>
          <w:b w:val="0"/>
          <w:sz w:val="20"/>
        </w:rPr>
        <w:t xml:space="preserve">  [ ] Weekday Evenings (5 PM - 9 PM)</w:t>
      </w:r>
    </w:p>
    <w:p>
      <w:r>
        <w:rPr>
          <w:b w:val="0"/>
          <w:sz w:val="20"/>
        </w:rPr>
        <w:t xml:space="preserve">  [ ] Weekends (9 AM - 5 PM)</w:t>
      </w:r>
    </w:p>
    <w:p>
      <w:r>
        <w:rPr>
          <w:b w:val="0"/>
          <w:sz w:val="20"/>
        </w:rPr>
        <w:t xml:space="preserve">  [ ] Other: _______________________________________________________________</w:t>
      </w:r>
    </w:p>
    <w:p/>
    <w:p>
      <w:r>
        <w:rPr>
          <w:b/>
          <w:sz w:val="22"/>
        </w:rPr>
        <w:t>Volunteer Interests and Skills</w:t>
      </w:r>
    </w:p>
    <w:p>
      <w:r>
        <w:rPr>
          <w:b w:val="0"/>
          <w:sz w:val="20"/>
        </w:rPr>
        <w:t>Please indicate the areas in which you are interested in volunteering (check all that apply):</w:t>
      </w:r>
    </w:p>
    <w:p>
      <w:r>
        <w:rPr>
          <w:b w:val="0"/>
          <w:sz w:val="20"/>
        </w:rPr>
        <w:t xml:space="preserve">  [ ] Event Planning &amp; Coordination</w:t>
      </w:r>
    </w:p>
    <w:p>
      <w:r>
        <w:rPr>
          <w:b w:val="0"/>
          <w:sz w:val="20"/>
        </w:rPr>
        <w:t xml:space="preserve">  [ ] Fundraising</w:t>
      </w:r>
    </w:p>
    <w:p>
      <w:r>
        <w:rPr>
          <w:b w:val="0"/>
          <w:sz w:val="20"/>
        </w:rPr>
        <w:t xml:space="preserve">  [ ] Administrative Support</w:t>
      </w:r>
    </w:p>
    <w:p>
      <w:r>
        <w:rPr>
          <w:b w:val="0"/>
          <w:sz w:val="20"/>
        </w:rPr>
        <w:t xml:space="preserve">  [ ] Community Outreach</w:t>
      </w:r>
    </w:p>
    <w:p>
      <w:r>
        <w:rPr>
          <w:b w:val="0"/>
          <w:sz w:val="20"/>
        </w:rPr>
        <w:t xml:space="preserve">  [ ] Teaching/Education</w:t>
      </w:r>
    </w:p>
    <w:p>
      <w:r>
        <w:rPr>
          <w:b w:val="0"/>
          <w:sz w:val="20"/>
        </w:rPr>
        <w:t xml:space="preserve">  [ ] Technical Support</w:t>
      </w:r>
    </w:p>
    <w:p>
      <w:r>
        <w:rPr>
          <w:b w:val="0"/>
          <w:sz w:val="20"/>
        </w:rPr>
        <w:t xml:space="preserve">  [ ] Other: _______________________________________________________________</w:t>
      </w:r>
    </w:p>
    <w:p/>
    <w:p>
      <w:r>
        <w:rPr>
          <w:b w:val="0"/>
          <w:sz w:val="20"/>
        </w:rPr>
        <w:t>Please list any relevant skills, qualifications, certifications, or experience you possess:</w:t>
      </w:r>
    </w:p>
    <w:p>
      <w:r>
        <w:rPr>
          <w:b w:val="0"/>
          <w:sz w:val="20"/>
        </w:rPr>
        <w:t>___________________________________________________________________________</w:t>
      </w:r>
    </w:p>
    <w:p>
      <w:r>
        <w:rPr>
          <w:b w:val="0"/>
          <w:sz w:val="20"/>
        </w:rPr>
        <w:t>___________________________________________________________________________</w:t>
      </w:r>
    </w:p>
    <w:p/>
    <w:p>
      <w:r>
        <w:rPr>
          <w:b/>
          <w:sz w:val="22"/>
        </w:rPr>
        <w:t>Background Information</w:t>
      </w:r>
    </w:p>
    <w:p>
      <w:r>
        <w:rPr>
          <w:b w:val="0"/>
          <w:sz w:val="20"/>
        </w:rPr>
        <w:t>Have you ever been convicted of a felony or misdemeanor?  [ ] Yes   [ ] No</w:t>
      </w:r>
    </w:p>
    <w:p>
      <w:r>
        <w:rPr>
          <w:b w:val="0"/>
          <w:sz w:val="20"/>
        </w:rPr>
        <w:t>If yes, please provide details (date, nature of offense, and disposition):</w:t>
      </w:r>
    </w:p>
    <w:p>
      <w:r>
        <w:rPr>
          <w:b w:val="0"/>
          <w:sz w:val="20"/>
        </w:rPr>
        <w:t>___________________________________________________________________________</w:t>
      </w:r>
    </w:p>
    <w:p>
      <w:r>
        <w:rPr>
          <w:b w:val="0"/>
          <w:sz w:val="20"/>
        </w:rPr>
        <w:t>___________________________________________________________________________</w:t>
      </w:r>
    </w:p>
    <w:p/>
    <w:p>
      <w:r>
        <w:rPr>
          <w:b/>
          <w:sz w:val="22"/>
        </w:rPr>
        <w:t>Volunteer Agreement and Consent</w:t>
      </w:r>
    </w:p>
    <w:p>
      <w:r>
        <w:rPr>
          <w:b w:val="0"/>
          <w:sz w:val="20"/>
        </w:rPr>
        <w:t>By signing below, I acknowledge and agree to the following terms:</w:t>
      </w:r>
    </w:p>
    <w:p>
      <w:r>
        <w:rPr>
          <w:b w:val="0"/>
          <w:sz w:val="20"/>
        </w:rPr>
        <w:t>1. I understand that my volunteer work is unpaid and does not create an employment relationship.</w:t>
      </w:r>
    </w:p>
    <w:p>
      <w:r>
        <w:rPr>
          <w:b w:val="0"/>
          <w:sz w:val="20"/>
        </w:rPr>
        <w:t>2. I agree to abide by all policies, procedures, and guidelines set forth by the organization.</w:t>
      </w:r>
    </w:p>
    <w:p>
      <w:r>
        <w:rPr>
          <w:b w:val="0"/>
          <w:sz w:val="20"/>
        </w:rPr>
        <w:t>3. I consent to a background check if required and authorize the organization to verify the information I have provided.</w:t>
      </w:r>
    </w:p>
    <w:p>
      <w:r>
        <w:rPr>
          <w:b w:val="0"/>
          <w:sz w:val="20"/>
        </w:rPr>
        <w:t>4. I release the organization, its officers, agents, and employees from any liability for any injury, loss, or damages arising from my volunteer activities.</w:t>
      </w:r>
    </w:p>
    <w:p>
      <w:r>
        <w:rPr>
          <w:b w:val="0"/>
          <w:sz w:val="20"/>
        </w:rPr>
        <w:t>5. I agree to maintain confidentiality of any sensitive or proprietary information to which I may have access.</w:t>
      </w:r>
    </w:p>
    <w:p>
      <w:r>
        <w:rPr>
          <w:b w:val="0"/>
          <w:sz w:val="20"/>
        </w:rPr>
        <w:t>6. I understand that the organization may terminate my volunteer status at any time, with or without cause.</w:t>
      </w:r>
    </w:p>
    <w:p>
      <w:r>
        <w:rPr>
          <w:b w:val="0"/>
          <w:sz w:val="20"/>
        </w:rPr>
        <w:t>7. I confirm that the information provided on this form is accurate and complete to the best of my knowledge.</w:t>
      </w:r>
    </w:p>
    <w:p/>
    <w:p>
      <w:r>
        <w:rPr>
          <w:b/>
          <w:sz w:val="22"/>
        </w:rPr>
        <w:t>Liability Waiver</w:t>
      </w:r>
    </w:p>
    <w:p>
      <w:r>
        <w:rPr>
          <w:b w:val="0"/>
          <w:sz w:val="20"/>
        </w:rPr>
        <w:t>I hereby waive, release, and hold harmless the organization, its directors, officers, agents, volunteers, and employees from any and all liability, claims, demands, or causes of action that may arise from any injury, damage, or loss I may incur while participating as a volunteer, except in cases of gross negligence or intentional misconduct by the organization.</w:t>
      </w:r>
    </w:p>
    <w:p/>
    <w:p>
      <w:r>
        <w:rPr>
          <w:b/>
          <w:sz w:val="22"/>
        </w:rPr>
        <w:t>Media Release Consent</w:t>
      </w:r>
    </w:p>
    <w:p>
      <w:r>
        <w:rPr>
          <w:b w:val="0"/>
          <w:sz w:val="20"/>
        </w:rPr>
        <w:t>I grant permission to the organization to use any photographs, videos, or recordings taken of me during my volunteer activities for promotional or educational purposes without compensation. If you do NOT consent, please initial here: ________</w:t>
      </w:r>
    </w:p>
    <w:p/>
    <w:p>
      <w:r>
        <w:rPr>
          <w:b/>
          <w:sz w:val="22"/>
        </w:rPr>
        <w:t>Confidentiality Agreement</w:t>
      </w:r>
    </w:p>
    <w:p>
      <w:r>
        <w:rPr>
          <w:b w:val="0"/>
          <w:sz w:val="20"/>
        </w:rPr>
        <w:t>I agree to keep confidential all information and materials to which I have access during my volunteer service that are not publicly available, and to use such information solely for the benefit of the organization.</w:t>
      </w:r>
    </w:p>
    <w:p/>
    <w:p>
      <w:r>
        <w:rPr>
          <w:b w:val="0"/>
          <w:sz w:val="20"/>
        </w:rPr>
        <w:t>VOLUNTEER SIGNATURE: _______________________________________  Date: _______________</w:t>
      </w:r>
    </w:p>
    <w:p/>
    <w:p/>
    <w:p>
      <w:r>
        <w:rPr>
          <w:b/>
          <w:sz w:val="22"/>
        </w:rPr>
        <w:t>For Organization Use Only</w:t>
      </w:r>
    </w:p>
    <w:p>
      <w:r>
        <w:rPr>
          <w:b w:val="0"/>
          <w:sz w:val="20"/>
        </w:rPr>
        <w:t>Received by: ________________________________________________________________</w:t>
      </w:r>
    </w:p>
    <w:p>
      <w:r>
        <w:rPr>
          <w:b w:val="0"/>
          <w:sz w:val="20"/>
        </w:rPr>
        <w:t>Position: ___________________________________________________________________</w:t>
      </w:r>
    </w:p>
    <w:p>
      <w:r>
        <w:rPr>
          <w:b w:val="0"/>
          <w:sz w:val="20"/>
        </w:rPr>
        <w:t>Date Received: ______________________________________________________________</w:t>
      </w:r>
    </w:p>
    <w:p>
      <w:r>
        <w:rPr>
          <w:b w:val="0"/>
          <w:sz w:val="20"/>
        </w:rPr>
        <w:t>Background Check Completed:  [ ] Yes   [ ] No</w:t>
      </w:r>
    </w:p>
    <w:p>
      <w:r>
        <w:rPr>
          <w:b w:val="0"/>
          <w:sz w:val="20"/>
        </w:rPr>
        <w:t>Notes:</w:t>
      </w:r>
    </w:p>
    <w:p>
      <w:r>
        <w:rPr>
          <w:b w:val="0"/>
          <w:sz w:val="20"/>
        </w:rPr>
        <w:t>______________________________________________________________________________</w:t>
      </w:r>
    </w:p>
    <w:p>
      <w:r>
        <w:rPr>
          <w:b w:val="0"/>
          <w:sz w:val="20"/>
        </w:rPr>
        <w:t>______________________________________________________________________________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VOLUNTEER</w:t>
            </w:r>
          </w:p>
        </w:tc>
        <w:tc>
          <w:tcPr>
            <w:tcW w:type="dxa" w:w="4986"/>
            <w:tcBorders>
              <w:top w:val="nil"/>
              <w:left w:val="nil"/>
              <w:bottom w:val="nil"/>
              <w:right w:val="nil"/>
              <w:insideH w:val="nil"/>
              <w:insideV w:val="nil"/>
            </w:tcBorders>
          </w:tcPr>
          <w:p>
            <w:pPr>
              <w:jc w:val="center"/>
            </w:pPr>
            <w:r>
              <w:t>ORGANIZATION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https://formtemplate-us.com/volunteer-sign-up-form/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https://formtemplate-us.com</w:t>
        </w:r>
      </w:hyperlink>
    </w:p>
    <w:p>
      <w:pPr>
        <w:jc w:val="center"/>
      </w:pPr>
      <w:r>
        <w:rPr>
          <w:color w:val="808080"/>
          <w:sz w:val="20"/>
        </w:rPr>
        <w:t>This template is intended exclusively for personal, non-commercial use.</w:t>
        <w:br/>
        <w:t>If distributed or published, the source must be mentioned. © formtemplate-us.com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template-us.com/volunteer-sign-up-form/" TargetMode="External"/><Relationship Id="rId10" Type="http://schemas.openxmlformats.org/officeDocument/2006/relationships/hyperlink" Target="https://form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