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WORKERS' COMPENSATION CLAIM FORM</w:t>
      </w:r>
    </w:p>
    <w:p/>
    <w:p>
      <w:r>
        <w:rPr>
          <w:b/>
          <w:sz w:val="22"/>
        </w:rPr>
        <w:t>1. EMPLOYER INFORMATION</w:t>
      </w:r>
    </w:p>
    <w:p>
      <w:r>
        <w:rPr>
          <w:b w:val="0"/>
          <w:sz w:val="20"/>
        </w:rPr>
        <w:t>Company Name: _______________________________________________________</w:t>
      </w:r>
    </w:p>
    <w:p>
      <w:r>
        <w:rPr>
          <w:b w:val="0"/>
          <w:sz w:val="20"/>
        </w:rPr>
        <w:t>Address: _____________________________________________________________</w:t>
      </w:r>
    </w:p>
    <w:p>
      <w:r>
        <w:rPr>
          <w:b w:val="0"/>
          <w:sz w:val="20"/>
        </w:rPr>
        <w:t>City: _____________________________ State: ______ ZIP Code: ___________</w:t>
      </w:r>
    </w:p>
    <w:p>
      <w:r>
        <w:rPr>
          <w:b w:val="0"/>
          <w:sz w:val="20"/>
        </w:rPr>
        <w:t>Phone Number: ________________________________________________________</w:t>
      </w:r>
    </w:p>
    <w:p>
      <w:r>
        <w:rPr>
          <w:b w:val="0"/>
          <w:sz w:val="20"/>
        </w:rPr>
        <w:t>Federal Employer Identification Number (FEIN): ________________________</w:t>
      </w:r>
    </w:p>
    <w:p/>
    <w:p>
      <w:r>
        <w:rPr>
          <w:b/>
          <w:sz w:val="22"/>
        </w:rPr>
        <w:t>2. EMPLOYEE INFORMATION</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Social Security Number: _______________________________________________</w:t>
      </w:r>
    </w:p>
    <w:p>
      <w:r>
        <w:rPr>
          <w:b w:val="0"/>
          <w:sz w:val="20"/>
        </w:rPr>
        <w:t>Home Address: _________________________________________________________</w:t>
      </w:r>
    </w:p>
    <w:p>
      <w:r>
        <w:rPr>
          <w:b w:val="0"/>
          <w:sz w:val="20"/>
        </w:rPr>
        <w:t>City: _____________________________ State: ______ ZIP Code: ___________</w:t>
      </w:r>
    </w:p>
    <w:p>
      <w:r>
        <w:rPr>
          <w:b w:val="0"/>
          <w:sz w:val="20"/>
        </w:rPr>
        <w:t>Phone Number: ________________________________________________________</w:t>
      </w:r>
    </w:p>
    <w:p>
      <w:r>
        <w:rPr>
          <w:b w:val="0"/>
          <w:sz w:val="20"/>
        </w:rPr>
        <w:t>Job Title/Position: ____________________________________________________</w:t>
      </w:r>
    </w:p>
    <w:p>
      <w:r>
        <w:rPr>
          <w:b w:val="0"/>
          <w:sz w:val="20"/>
        </w:rPr>
        <w:t>Date Hired: ___________________________________________________________</w:t>
      </w:r>
    </w:p>
    <w:p/>
    <w:p>
      <w:r>
        <w:rPr>
          <w:b/>
          <w:sz w:val="22"/>
        </w:rPr>
        <w:t>3. INJURY INFORMATION</w:t>
      </w:r>
    </w:p>
    <w:p>
      <w:r>
        <w:rPr>
          <w:b w:val="0"/>
          <w:sz w:val="20"/>
        </w:rPr>
        <w:t>Date and Time of Injury: _______________________________________________</w:t>
      </w:r>
    </w:p>
    <w:p>
      <w:r>
        <w:rPr>
          <w:b w:val="0"/>
          <w:sz w:val="20"/>
        </w:rPr>
        <w:t>Location of Injury (address or description): ____________________________</w:t>
      </w:r>
    </w:p>
    <w:p>
      <w:r>
        <w:rPr>
          <w:b w:val="0"/>
          <w:sz w:val="20"/>
        </w:rPr>
        <w:t>Describe how the injury occurred in detail:</w:t>
      </w:r>
    </w:p>
    <w:p>
      <w:r>
        <w:t>______________________________________________________________________</w:t>
      </w:r>
    </w:p>
    <w:p>
      <w:r>
        <w:t>______________________________________________________________________</w:t>
      </w:r>
    </w:p>
    <w:p>
      <w:r>
        <w:t>______________________________________________________________________</w:t>
      </w:r>
    </w:p>
    <w:p>
      <w:r>
        <w:rPr>
          <w:b w:val="0"/>
          <w:sz w:val="20"/>
        </w:rPr>
        <w:t>Body Part(s) Injured: _________________________________________________</w:t>
      </w:r>
    </w:p>
    <w:p>
      <w:r>
        <w:rPr>
          <w:b w:val="0"/>
          <w:sz w:val="20"/>
        </w:rPr>
        <w:t>Nature of Injury (e.g., fracture, laceration, sprain): _____________________</w:t>
      </w:r>
    </w:p>
    <w:p>
      <w:r>
        <w:rPr>
          <w:b w:val="0"/>
          <w:sz w:val="20"/>
        </w:rPr>
        <w:t>Was the injury reported to the employer?   Yes _____   No _____</w:t>
      </w:r>
    </w:p>
    <w:p>
      <w:r>
        <w:rPr>
          <w:b w:val="0"/>
          <w:sz w:val="20"/>
        </w:rPr>
        <w:t>If yes, to whom? ______________________________________________________</w:t>
      </w:r>
    </w:p>
    <w:p>
      <w:r>
        <w:rPr>
          <w:b w:val="0"/>
          <w:sz w:val="20"/>
        </w:rPr>
        <w:t>Date and time injury was reported: ______________________________________</w:t>
      </w:r>
    </w:p>
    <w:p/>
    <w:p>
      <w:r>
        <w:rPr>
          <w:b/>
          <w:sz w:val="22"/>
        </w:rPr>
        <w:t>4. MEDICAL TREATMENT</w:t>
      </w:r>
    </w:p>
    <w:p>
      <w:r>
        <w:rPr>
          <w:b w:val="0"/>
          <w:sz w:val="20"/>
        </w:rPr>
        <w:t>Name and address of treating physician or medical facility:</w:t>
      </w:r>
    </w:p>
    <w:p>
      <w:r>
        <w:t>_______________________________________________________________</w:t>
      </w:r>
    </w:p>
    <w:p>
      <w:r>
        <w:t>_______________________________________________________________</w:t>
      </w:r>
    </w:p>
    <w:p>
      <w:r>
        <w:rPr>
          <w:b w:val="0"/>
          <w:sz w:val="20"/>
        </w:rPr>
        <w:t>Date of first medical treatment: _______________________________________</w:t>
      </w:r>
    </w:p>
    <w:p>
      <w:r>
        <w:rPr>
          <w:b w:val="0"/>
          <w:sz w:val="20"/>
        </w:rPr>
        <w:t>Was the employee hospitalized?   Yes _____   No _____</w:t>
      </w:r>
    </w:p>
    <w:p>
      <w:r>
        <w:rPr>
          <w:b w:val="0"/>
          <w:sz w:val="20"/>
        </w:rPr>
        <w:t>If yes, dates of hospitalization: From _______________ To ______________</w:t>
      </w:r>
    </w:p>
    <w:p>
      <w:r>
        <w:rPr>
          <w:b w:val="0"/>
          <w:sz w:val="20"/>
        </w:rPr>
        <w:t>Is further treatment anticipated?   Yes _____   No _____</w:t>
      </w:r>
    </w:p>
    <w:p>
      <w:r>
        <w:rPr>
          <w:b w:val="0"/>
          <w:sz w:val="20"/>
        </w:rPr>
        <w:t>If yes, specify type and frequency: ____________________________________</w:t>
      </w:r>
    </w:p>
    <w:p/>
    <w:p>
      <w:r>
        <w:rPr>
          <w:b/>
          <w:sz w:val="22"/>
        </w:rPr>
        <w:t>5. WAGE AND EMPLOYMENT STATUS</w:t>
      </w:r>
    </w:p>
    <w:p>
      <w:r>
        <w:rPr>
          <w:b w:val="0"/>
          <w:sz w:val="20"/>
        </w:rPr>
        <w:t>Average hourly wage: $_____________________</w:t>
      </w:r>
    </w:p>
    <w:p>
      <w:r>
        <w:rPr>
          <w:b w:val="0"/>
          <w:sz w:val="20"/>
        </w:rPr>
        <w:t>Average hours worked per week: __________________</w:t>
      </w:r>
    </w:p>
    <w:p>
      <w:r>
        <w:rPr>
          <w:b w:val="0"/>
          <w:sz w:val="20"/>
        </w:rPr>
        <w:t>Is the employee currently able to work?   Yes _____   No _____</w:t>
      </w:r>
    </w:p>
    <w:p>
      <w:r>
        <w:rPr>
          <w:b w:val="0"/>
          <w:sz w:val="20"/>
        </w:rPr>
        <w:t>If no, date last worked: _______________________________________________</w:t>
      </w:r>
    </w:p>
    <w:p>
      <w:r>
        <w:rPr>
          <w:b w:val="0"/>
          <w:sz w:val="20"/>
        </w:rPr>
        <w:t>Have any modified or light-duty work assignments been offered?   Yes _____   No _____</w:t>
      </w:r>
    </w:p>
    <w:p>
      <w:r>
        <w:rPr>
          <w:b w:val="0"/>
          <w:sz w:val="20"/>
        </w:rPr>
        <w:t>If yes, describe: _____________________________________________________</w:t>
      </w:r>
    </w:p>
    <w:p/>
    <w:p>
      <w:r>
        <w:rPr>
          <w:b/>
          <w:sz w:val="22"/>
        </w:rPr>
        <w:t>6. WITNESS INFORMATION</w:t>
      </w:r>
    </w:p>
    <w:p>
      <w:r>
        <w:rPr>
          <w:b w:val="0"/>
          <w:sz w:val="20"/>
        </w:rPr>
        <w:t>Please provide names and contact information of any witnesses:</w:t>
      </w:r>
    </w:p>
    <w:p>
      <w:r>
        <w:t>Name: _____________________________________ Phone: ___________________</w:t>
      </w:r>
    </w:p>
    <w:p>
      <w:r>
        <w:t>Name: _____________________________________ Phone: ___________________</w:t>
      </w:r>
    </w:p>
    <w:p>
      <w:r>
        <w:t>Name: _____________________________________ Phone: ___________________</w:t>
      </w:r>
    </w:p>
    <w:p/>
    <w:p>
      <w:r>
        <w:rPr>
          <w:b/>
          <w:sz w:val="22"/>
        </w:rPr>
        <w:t>7. EMPLOYER'S REPORT (To be completed by employer)</w:t>
      </w:r>
    </w:p>
    <w:p>
      <w:r>
        <w:rPr>
          <w:b w:val="0"/>
          <w:sz w:val="20"/>
        </w:rPr>
        <w:t>Date employer notified of injury: ______________________________________</w:t>
      </w:r>
    </w:p>
    <w:p>
      <w:r>
        <w:rPr>
          <w:b w:val="0"/>
          <w:sz w:val="20"/>
        </w:rPr>
        <w:t>Was the employee on premises when injury occurred?   Yes _____   No _____</w:t>
      </w:r>
    </w:p>
    <w:p>
      <w:r>
        <w:rPr>
          <w:b w:val="0"/>
          <w:sz w:val="20"/>
        </w:rPr>
        <w:t>Was accident caused by employee's violation of company rules?   Yes _____   No _____</w:t>
      </w:r>
    </w:p>
    <w:p>
      <w:r>
        <w:rPr>
          <w:b w:val="0"/>
          <w:sz w:val="20"/>
        </w:rPr>
        <w:t>If yes, explain: ______________________________________________________</w:t>
      </w:r>
    </w:p>
    <w:p>
      <w:r>
        <w:rPr>
          <w:b w:val="0"/>
          <w:sz w:val="20"/>
        </w:rPr>
        <w:t>Was safety equipment provided and used?   Yes _____   No _____</w:t>
      </w:r>
    </w:p>
    <w:p>
      <w:r>
        <w:rPr>
          <w:b w:val="0"/>
          <w:sz w:val="20"/>
        </w:rPr>
        <w:t>If no, explain: _______________________________________________________</w:t>
      </w:r>
    </w:p>
    <w:p>
      <w:r>
        <w:rPr>
          <w:b w:val="0"/>
          <w:sz w:val="20"/>
        </w:rPr>
        <w:t>Supervisor/Manager Name: ______________________________________________</w:t>
      </w:r>
    </w:p>
    <w:p>
      <w:r>
        <w:rPr>
          <w:b w:val="0"/>
          <w:sz w:val="20"/>
        </w:rPr>
        <w:t>Supervisor/Manager Signature: _________________________________________</w:t>
      </w:r>
    </w:p>
    <w:p>
      <w:r>
        <w:rPr>
          <w:b w:val="0"/>
          <w:sz w:val="20"/>
        </w:rPr>
        <w:t>Date: ________________________________________________________________</w:t>
      </w:r>
    </w:p>
    <w:p/>
    <w:p>
      <w:r>
        <w:rPr>
          <w:b/>
          <w:sz w:val="22"/>
        </w:rPr>
        <w:t>8. EMPLOYEE'S STATEMENT</w:t>
      </w:r>
    </w:p>
    <w:p>
      <w:r>
        <w:rPr>
          <w:b w:val="0"/>
          <w:sz w:val="20"/>
        </w:rPr>
        <w:t>I hereby certify that the information provided herein is true and correct to the best of my knowledge.</w:t>
      </w:r>
    </w:p>
    <w:p>
      <w:r>
        <w:rPr>
          <w:b w:val="0"/>
          <w:sz w:val="20"/>
        </w:rPr>
        <w:t>Employee Signature: _________________________________________________</w:t>
      </w:r>
    </w:p>
    <w:p>
      <w:r>
        <w:rPr>
          <w:b w:val="0"/>
          <w:sz w:val="20"/>
        </w:rPr>
        <w:t>Date: ______________________________________________________________</w:t>
      </w:r>
    </w:p>
    <w:p/>
    <w:p/>
    <w:p>
      <w:r>
        <w:rPr>
          <w:b/>
          <w:sz w:val="22"/>
        </w:rPr>
        <w:t>9. AUTHORIZATION FOR RELEASE OF MEDICAL INFORMATION</w:t>
      </w:r>
    </w:p>
    <w:p>
      <w:r>
        <w:rPr>
          <w:b w:val="0"/>
          <w:sz w:val="20"/>
        </w:rPr>
        <w:t>I authorize any physician, medical provider, hospital, or other health care institution to release any information concerning any illness or injury to my employer or their insurance representative for the purpose of processing this claim.</w:t>
      </w:r>
    </w:p>
    <w:p>
      <w:r>
        <w:rPr>
          <w:b w:val="0"/>
          <w:sz w:val="20"/>
        </w:rPr>
        <w:t>Employee Signature: _________________________________________________</w:t>
      </w:r>
    </w:p>
    <w:p>
      <w:r>
        <w:rPr>
          <w:b w:val="0"/>
          <w:sz w:val="20"/>
        </w:rPr>
        <w:t>Date: ______________________________________________________________</w:t>
      </w:r>
    </w:p>
    <w:p/>
    <w:p/>
    <w:p>
      <w:r>
        <w:rPr>
          <w:b/>
          <w:sz w:val="22"/>
        </w:rPr>
        <w:t>10. NOTICES</w:t>
      </w:r>
    </w:p>
    <w:p>
      <w:r>
        <w:rPr>
          <w:b w:val="0"/>
          <w:sz w:val="20"/>
        </w:rPr>
        <w:t>This form must be completed truthfully and accurately. Providing false information may subject the employee to penalties under applicable federal and state laws.</w:t>
      </w:r>
    </w:p>
    <w:p>
      <w:r>
        <w:rPr>
          <w:b w:val="0"/>
          <w:sz w:val="20"/>
        </w:rPr>
        <w:t>The employer is required to maintain confidential records of this claim and to comply with all applicable state and federal workers’ compensation laws and regulations.</w:t>
      </w:r>
    </w:p>
    <w:p>
      <w:r>
        <w:rPr>
          <w:b w:val="0"/>
          <w:sz w:val="20"/>
        </w:rPr>
        <w:t>The employee has the right to legal counsel and to file a claim with the appropriate workers' compensation agency if dissatisfied with the handling of this claim.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w:t>
              <w:br/>
              <w:t>Date: ___________________________</w:t>
            </w:r>
          </w:p>
        </w:tc>
        <w:tc>
          <w:tcPr>
            <w:tcW w:type="dxa" w:w="4986"/>
            <w:tcBorders>
              <w:top w:val="nil"/>
              <w:left w:val="nil"/>
              <w:bottom w:val="nil"/>
              <w:right w:val="nil"/>
              <w:insideH w:val="nil"/>
              <w:insideV w:val="nil"/>
            </w:tcBorders>
          </w:tcPr>
          <w:p>
            <w:pPr>
              <w:jc w:val="center"/>
            </w:pPr>
            <w:r>
              <w:t>Name: _____________________________</w:t>
              <w:br/>
              <w:t>Date: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https://formtemplate-us.com/workers-compensation-form/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https://formtemplate-us.com</w:t>
        </w:r>
      </w:hyperlink>
    </w:p>
    <w:p>
      <w:pPr>
        <w:jc w:val="center"/>
      </w:pPr>
      <w:r>
        <w:rPr>
          <w:color w:val="808080"/>
          <w:sz w:val="20"/>
        </w:rPr>
        <w:t>This template is intended exclusively for personal, non-commercial use.</w:t>
        <w:br/>
        <w:t>If distributed or published, the source must be mentioned. © formtemplate-us.com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template-us.com/workers-compensation-form/" TargetMode="External"/><Relationship Id="rId10" Type="http://schemas.openxmlformats.org/officeDocument/2006/relationships/hyperlink" Target="https://form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